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CAA5D" w14:textId="6371CF22" w:rsidR="00EC2AE3" w:rsidRPr="00CC630B" w:rsidRDefault="00DD64D6" w:rsidP="00DD64D6">
      <w:pPr>
        <w:snapToGrid w:val="0"/>
        <w:spacing w:after="40" w:line="240" w:lineRule="auto"/>
        <w:jc w:val="center"/>
        <w:rPr>
          <w:sz w:val="22"/>
          <w:szCs w:val="24"/>
          <w:lang w:eastAsia="ja-JP"/>
        </w:rPr>
      </w:pPr>
      <w:r w:rsidRPr="00DD64D6">
        <w:rPr>
          <w:b/>
          <w:sz w:val="36"/>
          <w:szCs w:val="24"/>
          <w:lang w:eastAsia="ja-JP"/>
        </w:rPr>
        <w:t>プラスチックGood</w:t>
      </w:r>
      <w:r w:rsidR="00B97417">
        <w:rPr>
          <w:rFonts w:hint="eastAsia"/>
          <w:b/>
          <w:sz w:val="36"/>
          <w:szCs w:val="24"/>
          <w:lang w:eastAsia="ja-JP"/>
        </w:rPr>
        <w:t xml:space="preserve"> </w:t>
      </w:r>
      <w:r w:rsidRPr="00DD64D6">
        <w:rPr>
          <w:b/>
          <w:sz w:val="36"/>
          <w:szCs w:val="24"/>
          <w:lang w:eastAsia="ja-JP"/>
        </w:rPr>
        <w:t xml:space="preserve">Reduce Practice </w:t>
      </w:r>
      <w:r w:rsidR="009B0D7F">
        <w:rPr>
          <w:rFonts w:hint="eastAsia"/>
          <w:b/>
          <w:sz w:val="36"/>
          <w:szCs w:val="24"/>
          <w:lang w:eastAsia="ja-JP"/>
        </w:rPr>
        <w:t>2026</w:t>
      </w:r>
    </w:p>
    <w:p w14:paraId="55A0A207" w14:textId="173B5437" w:rsidR="00EC2AE3" w:rsidRDefault="009B0D7F" w:rsidP="00CC630B">
      <w:pPr>
        <w:snapToGrid w:val="0"/>
        <w:spacing w:after="240" w:line="240" w:lineRule="auto"/>
        <w:jc w:val="center"/>
        <w:rPr>
          <w:lang w:eastAsia="ja-JP"/>
        </w:rPr>
      </w:pPr>
      <w:r>
        <w:rPr>
          <w:rFonts w:hint="eastAsia"/>
          <w:b/>
          <w:sz w:val="36"/>
          <w:u w:val="single"/>
          <w:lang w:eastAsia="ja-JP"/>
        </w:rPr>
        <w:t>応募</w:t>
      </w:r>
      <w:r w:rsidR="00F34F28">
        <w:rPr>
          <w:b/>
          <w:sz w:val="36"/>
          <w:u w:val="single"/>
          <w:lang w:eastAsia="ja-JP"/>
        </w:rPr>
        <w:t>申請書</w:t>
      </w:r>
    </w:p>
    <w:p w14:paraId="0E74C448" w14:textId="77777777" w:rsidR="00EC2AE3" w:rsidRDefault="00F34F28">
      <w:pPr>
        <w:jc w:val="right"/>
        <w:rPr>
          <w:lang w:eastAsia="ja-JP"/>
        </w:rPr>
      </w:pPr>
      <w:r>
        <w:rPr>
          <w:lang w:eastAsia="ja-JP"/>
        </w:rPr>
        <w:t>令和８年　　月　　日</w:t>
      </w:r>
    </w:p>
    <w:p w14:paraId="2ABB3508" w14:textId="77777777" w:rsidR="00E70DEE" w:rsidRDefault="00F34F28">
      <w:pPr>
        <w:rPr>
          <w:lang w:eastAsia="ja-JP"/>
        </w:rPr>
      </w:pPr>
      <w:r>
        <w:rPr>
          <w:lang w:eastAsia="ja-JP"/>
        </w:rPr>
        <w:t>環境省　環境再生・資源循環局</w:t>
      </w:r>
    </w:p>
    <w:p w14:paraId="309ABA8D" w14:textId="0785953F" w:rsidR="00EC2AE3" w:rsidRDefault="00F34F28">
      <w:pPr>
        <w:rPr>
          <w:lang w:eastAsia="ja-JP"/>
        </w:rPr>
      </w:pPr>
      <w:r>
        <w:rPr>
          <w:lang w:eastAsia="ja-JP"/>
        </w:rPr>
        <w:t>資源循環課　容器包装・プラスチック資源循環室　行</w:t>
      </w:r>
    </w:p>
    <w:tbl>
      <w:tblPr>
        <w:tblStyle w:val="afe"/>
        <w:tblW w:w="0" w:type="auto"/>
        <w:jc w:val="center"/>
        <w:tblLayout w:type="fixed"/>
        <w:tblLook w:val="04A0" w:firstRow="1" w:lastRow="0" w:firstColumn="1" w:lastColumn="0" w:noHBand="0" w:noVBand="1"/>
      </w:tblPr>
      <w:tblGrid>
        <w:gridCol w:w="2551"/>
        <w:gridCol w:w="7087"/>
      </w:tblGrid>
      <w:tr w:rsidR="00EC2AE3" w14:paraId="2CF88BE5" w14:textId="77777777">
        <w:trPr>
          <w:jc w:val="center"/>
        </w:trPr>
        <w:tc>
          <w:tcPr>
            <w:tcW w:w="2551" w:type="dxa"/>
            <w:shd w:val="clear" w:color="auto" w:fill="F2F2F2"/>
            <w:tcMar>
              <w:top w:w="80" w:type="dxa"/>
              <w:left w:w="90" w:type="dxa"/>
              <w:bottom w:w="80" w:type="dxa"/>
              <w:right w:w="90" w:type="dxa"/>
            </w:tcMar>
            <w:vAlign w:val="center"/>
          </w:tcPr>
          <w:p w14:paraId="3AF37622" w14:textId="77777777" w:rsidR="00EC2AE3" w:rsidRDefault="00F34F28">
            <w:proofErr w:type="gramStart"/>
            <w:r>
              <w:rPr>
                <w:b/>
              </w:rPr>
              <w:t>住　　所</w:t>
            </w:r>
            <w:proofErr w:type="gramEnd"/>
          </w:p>
        </w:tc>
        <w:tc>
          <w:tcPr>
            <w:tcW w:w="7087" w:type="dxa"/>
            <w:tcMar>
              <w:top w:w="80" w:type="dxa"/>
              <w:left w:w="90" w:type="dxa"/>
              <w:bottom w:w="80" w:type="dxa"/>
              <w:right w:w="90" w:type="dxa"/>
            </w:tcMar>
            <w:vAlign w:val="center"/>
          </w:tcPr>
          <w:p w14:paraId="2907D80F" w14:textId="77777777" w:rsidR="00EC2AE3" w:rsidRDefault="00EC2AE3"/>
        </w:tc>
      </w:tr>
      <w:tr w:rsidR="00EC2AE3" w14:paraId="33115373" w14:textId="77777777">
        <w:trPr>
          <w:jc w:val="center"/>
        </w:trPr>
        <w:tc>
          <w:tcPr>
            <w:tcW w:w="2551" w:type="dxa"/>
            <w:shd w:val="clear" w:color="auto" w:fill="F2F2F2"/>
            <w:tcMar>
              <w:top w:w="80" w:type="dxa"/>
              <w:left w:w="90" w:type="dxa"/>
              <w:bottom w:w="80" w:type="dxa"/>
              <w:right w:w="90" w:type="dxa"/>
            </w:tcMar>
            <w:vAlign w:val="center"/>
          </w:tcPr>
          <w:p w14:paraId="561B9EDD" w14:textId="77777777" w:rsidR="00EC2AE3" w:rsidRDefault="00F34F28">
            <w:proofErr w:type="spellStart"/>
            <w:r>
              <w:rPr>
                <w:b/>
              </w:rPr>
              <w:t>法人・団体名</w:t>
            </w:r>
            <w:proofErr w:type="spellEnd"/>
          </w:p>
        </w:tc>
        <w:tc>
          <w:tcPr>
            <w:tcW w:w="7087" w:type="dxa"/>
            <w:tcMar>
              <w:top w:w="80" w:type="dxa"/>
              <w:left w:w="90" w:type="dxa"/>
              <w:bottom w:w="80" w:type="dxa"/>
              <w:right w:w="90" w:type="dxa"/>
            </w:tcMar>
            <w:vAlign w:val="center"/>
          </w:tcPr>
          <w:p w14:paraId="7CAA79D8" w14:textId="77777777" w:rsidR="00EC2AE3" w:rsidRDefault="00EC2AE3"/>
        </w:tc>
      </w:tr>
      <w:tr w:rsidR="00EC2AE3" w14:paraId="5BC14D5A" w14:textId="77777777">
        <w:trPr>
          <w:jc w:val="center"/>
        </w:trPr>
        <w:tc>
          <w:tcPr>
            <w:tcW w:w="2551" w:type="dxa"/>
            <w:shd w:val="clear" w:color="auto" w:fill="F2F2F2"/>
            <w:tcMar>
              <w:top w:w="80" w:type="dxa"/>
              <w:left w:w="90" w:type="dxa"/>
              <w:bottom w:w="80" w:type="dxa"/>
              <w:right w:w="90" w:type="dxa"/>
            </w:tcMar>
            <w:vAlign w:val="center"/>
          </w:tcPr>
          <w:p w14:paraId="3ABB1F8B" w14:textId="77777777" w:rsidR="00EC2AE3" w:rsidRDefault="00F34F28">
            <w:proofErr w:type="spellStart"/>
            <w:r>
              <w:rPr>
                <w:b/>
              </w:rPr>
              <w:t>代表者名</w:t>
            </w:r>
            <w:proofErr w:type="spellEnd"/>
          </w:p>
        </w:tc>
        <w:tc>
          <w:tcPr>
            <w:tcW w:w="7087" w:type="dxa"/>
            <w:tcMar>
              <w:top w:w="80" w:type="dxa"/>
              <w:left w:w="90" w:type="dxa"/>
              <w:bottom w:w="80" w:type="dxa"/>
              <w:right w:w="90" w:type="dxa"/>
            </w:tcMar>
            <w:vAlign w:val="center"/>
          </w:tcPr>
          <w:p w14:paraId="37B5FD40" w14:textId="77777777" w:rsidR="00EC2AE3" w:rsidRDefault="00EC2AE3"/>
        </w:tc>
      </w:tr>
    </w:tbl>
    <w:p w14:paraId="66EB1357" w14:textId="77777777" w:rsidR="009B0D7F" w:rsidRDefault="009B0D7F" w:rsidP="008A2DA1">
      <w:pPr>
        <w:spacing w:line="240" w:lineRule="auto"/>
        <w:rPr>
          <w:lang w:eastAsia="ja-JP"/>
        </w:rPr>
      </w:pPr>
    </w:p>
    <w:p w14:paraId="0F8DF286" w14:textId="3607DE62" w:rsidR="00EC2AE3" w:rsidRPr="00F5091F" w:rsidRDefault="00F34F28" w:rsidP="008A2DA1">
      <w:pPr>
        <w:spacing w:line="240" w:lineRule="auto"/>
        <w:rPr>
          <w:sz w:val="22"/>
          <w:lang w:eastAsia="ja-JP"/>
        </w:rPr>
      </w:pPr>
      <w:r w:rsidRPr="00F5091F">
        <w:rPr>
          <w:i/>
          <w:color w:val="FF0000"/>
          <w:sz w:val="22"/>
          <w:lang w:eastAsia="ja-JP"/>
        </w:rPr>
        <w:t>※赤字・斜体の説明書きは記載要領です。提出時には削除してください。</w:t>
      </w:r>
    </w:p>
    <w:p w14:paraId="7DEC7E0A" w14:textId="0BDC8EFE" w:rsidR="005048BE" w:rsidRDefault="00F34F28" w:rsidP="00187DF6">
      <w:pPr>
        <w:spacing w:line="240" w:lineRule="auto"/>
        <w:rPr>
          <w:i/>
          <w:color w:val="FF0000"/>
          <w:sz w:val="22"/>
          <w:lang w:eastAsia="ja-JP"/>
        </w:rPr>
      </w:pPr>
      <w:r w:rsidRPr="00F5091F">
        <w:rPr>
          <w:i/>
          <w:color w:val="FF0000"/>
          <w:sz w:val="22"/>
          <w:lang w:eastAsia="ja-JP"/>
        </w:rPr>
        <w:t>※応募内容は、選定後のウェブサイト掲載原稿作成の基礎資料として使用します。</w:t>
      </w:r>
    </w:p>
    <w:p w14:paraId="33289E45" w14:textId="77777777" w:rsidR="00413ACD" w:rsidRPr="00187DF6" w:rsidRDefault="00413ACD" w:rsidP="00187DF6">
      <w:pPr>
        <w:spacing w:line="240" w:lineRule="auto"/>
        <w:rPr>
          <w:i/>
          <w:color w:val="FF0000"/>
          <w:sz w:val="22"/>
          <w:lang w:eastAsia="ja-JP"/>
        </w:rPr>
      </w:pPr>
    </w:p>
    <w:p w14:paraId="63FF17BE" w14:textId="77777777" w:rsidR="00EC2AE3" w:rsidRDefault="00F34F28">
      <w:pPr>
        <w:keepNext/>
        <w:spacing w:before="180" w:after="80"/>
      </w:pPr>
      <w:r>
        <w:rPr>
          <w:b/>
          <w:sz w:val="24"/>
        </w:rPr>
        <w:t>１．申請者の概要</w:t>
      </w:r>
    </w:p>
    <w:tbl>
      <w:tblPr>
        <w:tblStyle w:val="afe"/>
        <w:tblW w:w="0" w:type="auto"/>
        <w:jc w:val="center"/>
        <w:tblLayout w:type="fixed"/>
        <w:tblLook w:val="04A0" w:firstRow="1" w:lastRow="0" w:firstColumn="1" w:lastColumn="0" w:noHBand="0" w:noVBand="1"/>
      </w:tblPr>
      <w:tblGrid>
        <w:gridCol w:w="2154"/>
        <w:gridCol w:w="2835"/>
        <w:gridCol w:w="4649"/>
      </w:tblGrid>
      <w:tr w:rsidR="00EC2AE3" w14:paraId="6DB0D55D" w14:textId="77777777">
        <w:trPr>
          <w:jc w:val="center"/>
        </w:trPr>
        <w:tc>
          <w:tcPr>
            <w:tcW w:w="2154" w:type="dxa"/>
            <w:shd w:val="clear" w:color="auto" w:fill="F2F2F2"/>
            <w:tcMar>
              <w:top w:w="80" w:type="dxa"/>
              <w:left w:w="90" w:type="dxa"/>
              <w:bottom w:w="80" w:type="dxa"/>
              <w:right w:w="90" w:type="dxa"/>
            </w:tcMar>
            <w:vAlign w:val="center"/>
          </w:tcPr>
          <w:p w14:paraId="4C3ED234" w14:textId="77777777" w:rsidR="00EC2AE3" w:rsidRDefault="00F34F28">
            <w:proofErr w:type="spellStart"/>
            <w:r>
              <w:rPr>
                <w:b/>
              </w:rPr>
              <w:t>法人・団体名</w:t>
            </w:r>
            <w:proofErr w:type="spellEnd"/>
          </w:p>
        </w:tc>
        <w:tc>
          <w:tcPr>
            <w:tcW w:w="7483" w:type="dxa"/>
            <w:gridSpan w:val="2"/>
            <w:tcMar>
              <w:top w:w="80" w:type="dxa"/>
              <w:left w:w="90" w:type="dxa"/>
              <w:bottom w:w="80" w:type="dxa"/>
              <w:right w:w="90" w:type="dxa"/>
            </w:tcMar>
            <w:vAlign w:val="center"/>
          </w:tcPr>
          <w:p w14:paraId="2112EA3C" w14:textId="77777777" w:rsidR="00EC2AE3" w:rsidRPr="00CC630B" w:rsidRDefault="00F34F28">
            <w:pPr>
              <w:rPr>
                <w:szCs w:val="21"/>
                <w:lang w:eastAsia="ja-JP"/>
              </w:rPr>
            </w:pPr>
            <w:r w:rsidRPr="00F5091F">
              <w:rPr>
                <w:i/>
                <w:color w:val="FF0000"/>
                <w:sz w:val="22"/>
                <w:lang w:eastAsia="ja-JP"/>
              </w:rPr>
              <w:t>（法人・団体の正式名称を記載）</w:t>
            </w:r>
          </w:p>
        </w:tc>
      </w:tr>
      <w:tr w:rsidR="00EC2AE3" w14:paraId="6E06D818" w14:textId="77777777">
        <w:trPr>
          <w:jc w:val="center"/>
        </w:trPr>
        <w:tc>
          <w:tcPr>
            <w:tcW w:w="2154" w:type="dxa"/>
            <w:shd w:val="clear" w:color="auto" w:fill="F2F2F2"/>
            <w:tcMar>
              <w:top w:w="80" w:type="dxa"/>
              <w:left w:w="90" w:type="dxa"/>
              <w:bottom w:w="80" w:type="dxa"/>
              <w:right w:w="90" w:type="dxa"/>
            </w:tcMar>
            <w:vAlign w:val="center"/>
          </w:tcPr>
          <w:p w14:paraId="33F63B42" w14:textId="77777777" w:rsidR="00EC2AE3" w:rsidRDefault="00F34F28">
            <w:proofErr w:type="spellStart"/>
            <w:r>
              <w:rPr>
                <w:b/>
              </w:rPr>
              <w:t>所在地</w:t>
            </w:r>
            <w:proofErr w:type="spellEnd"/>
          </w:p>
        </w:tc>
        <w:tc>
          <w:tcPr>
            <w:tcW w:w="7483" w:type="dxa"/>
            <w:gridSpan w:val="2"/>
            <w:tcMar>
              <w:top w:w="80" w:type="dxa"/>
              <w:left w:w="90" w:type="dxa"/>
              <w:bottom w:w="80" w:type="dxa"/>
              <w:right w:w="90" w:type="dxa"/>
            </w:tcMar>
            <w:vAlign w:val="center"/>
          </w:tcPr>
          <w:p w14:paraId="084C312A" w14:textId="77777777" w:rsidR="00EC2AE3" w:rsidRPr="00F5091F" w:rsidRDefault="00F34F28">
            <w:pPr>
              <w:rPr>
                <w:sz w:val="22"/>
                <w:szCs w:val="28"/>
              </w:rPr>
            </w:pPr>
            <w:r w:rsidRPr="00F5091F">
              <w:rPr>
                <w:sz w:val="22"/>
                <w:szCs w:val="28"/>
              </w:rPr>
              <w:t>〒</w:t>
            </w:r>
          </w:p>
        </w:tc>
      </w:tr>
      <w:tr w:rsidR="00EC2AE3" w14:paraId="594A811B" w14:textId="77777777">
        <w:trPr>
          <w:jc w:val="center"/>
        </w:trPr>
        <w:tc>
          <w:tcPr>
            <w:tcW w:w="2154" w:type="dxa"/>
            <w:vMerge w:val="restart"/>
            <w:shd w:val="clear" w:color="auto" w:fill="F2F2F2"/>
            <w:tcMar>
              <w:top w:w="80" w:type="dxa"/>
              <w:left w:w="90" w:type="dxa"/>
              <w:bottom w:w="80" w:type="dxa"/>
              <w:right w:w="90" w:type="dxa"/>
            </w:tcMar>
            <w:vAlign w:val="center"/>
          </w:tcPr>
          <w:p w14:paraId="6D93B075" w14:textId="77777777" w:rsidR="00413ACD" w:rsidRDefault="00F34F28">
            <w:pPr>
              <w:rPr>
                <w:b/>
                <w:lang w:eastAsia="ja-JP"/>
              </w:rPr>
            </w:pPr>
            <w:proofErr w:type="spellStart"/>
            <w:r>
              <w:rPr>
                <w:b/>
              </w:rPr>
              <w:t>連絡先</w:t>
            </w:r>
            <w:proofErr w:type="spellEnd"/>
          </w:p>
          <w:p w14:paraId="179D07A2" w14:textId="384C98EE" w:rsidR="00EC2AE3" w:rsidRDefault="00F34F28">
            <w:r>
              <w:rPr>
                <w:b/>
              </w:rPr>
              <w:t>（</w:t>
            </w:r>
            <w:proofErr w:type="spellStart"/>
            <w:r>
              <w:rPr>
                <w:b/>
              </w:rPr>
              <w:t>窓口担当者</w:t>
            </w:r>
            <w:proofErr w:type="spellEnd"/>
            <w:r>
              <w:rPr>
                <w:b/>
              </w:rPr>
              <w:t>）</w:t>
            </w:r>
          </w:p>
        </w:tc>
        <w:tc>
          <w:tcPr>
            <w:tcW w:w="2835" w:type="dxa"/>
            <w:tcMar>
              <w:top w:w="80" w:type="dxa"/>
              <w:left w:w="90" w:type="dxa"/>
              <w:bottom w:w="80" w:type="dxa"/>
              <w:right w:w="90" w:type="dxa"/>
            </w:tcMar>
            <w:vAlign w:val="center"/>
          </w:tcPr>
          <w:p w14:paraId="45979475" w14:textId="77777777" w:rsidR="00EC2AE3" w:rsidRPr="00F5091F" w:rsidRDefault="00F34F28">
            <w:pPr>
              <w:rPr>
                <w:b/>
                <w:sz w:val="22"/>
                <w:szCs w:val="28"/>
                <w:lang w:eastAsia="ja-JP"/>
              </w:rPr>
            </w:pPr>
            <w:proofErr w:type="spellStart"/>
            <w:r w:rsidRPr="00F5091F">
              <w:rPr>
                <w:b/>
                <w:sz w:val="22"/>
                <w:szCs w:val="28"/>
              </w:rPr>
              <w:t>氏名</w:t>
            </w:r>
            <w:proofErr w:type="spellEnd"/>
          </w:p>
          <w:p w14:paraId="7E3A8F84" w14:textId="77777777" w:rsidR="00DD64D6" w:rsidRPr="00F5091F" w:rsidRDefault="00DD64D6">
            <w:pPr>
              <w:rPr>
                <w:sz w:val="22"/>
                <w:szCs w:val="28"/>
                <w:lang w:eastAsia="ja-JP"/>
              </w:rPr>
            </w:pPr>
          </w:p>
        </w:tc>
        <w:tc>
          <w:tcPr>
            <w:tcW w:w="4648" w:type="dxa"/>
            <w:tcMar>
              <w:top w:w="80" w:type="dxa"/>
              <w:left w:w="90" w:type="dxa"/>
              <w:bottom w:w="80" w:type="dxa"/>
              <w:right w:w="90" w:type="dxa"/>
            </w:tcMar>
            <w:vAlign w:val="center"/>
          </w:tcPr>
          <w:p w14:paraId="72D0EECA" w14:textId="77777777" w:rsidR="00EC2AE3" w:rsidRPr="00F5091F" w:rsidRDefault="00F34F28">
            <w:pPr>
              <w:rPr>
                <w:b/>
                <w:sz w:val="22"/>
                <w:szCs w:val="28"/>
              </w:rPr>
            </w:pPr>
            <w:r w:rsidRPr="00F5091F">
              <w:rPr>
                <w:b/>
                <w:sz w:val="22"/>
                <w:szCs w:val="28"/>
              </w:rPr>
              <w:t>TEL</w:t>
            </w:r>
          </w:p>
          <w:p w14:paraId="27A0A79A" w14:textId="77777777" w:rsidR="00DD64D6" w:rsidRPr="00F5091F" w:rsidRDefault="00DD64D6">
            <w:pPr>
              <w:rPr>
                <w:sz w:val="22"/>
                <w:szCs w:val="28"/>
              </w:rPr>
            </w:pPr>
          </w:p>
        </w:tc>
      </w:tr>
      <w:tr w:rsidR="00EC2AE3" w14:paraId="30CA1132" w14:textId="77777777">
        <w:trPr>
          <w:jc w:val="center"/>
        </w:trPr>
        <w:tc>
          <w:tcPr>
            <w:tcW w:w="2154" w:type="dxa"/>
            <w:vMerge/>
            <w:tcMar>
              <w:top w:w="80" w:type="dxa"/>
              <w:left w:w="90" w:type="dxa"/>
              <w:bottom w:w="80" w:type="dxa"/>
              <w:right w:w="90" w:type="dxa"/>
            </w:tcMar>
            <w:vAlign w:val="center"/>
          </w:tcPr>
          <w:p w14:paraId="1A47D190" w14:textId="77777777" w:rsidR="00EC2AE3" w:rsidRDefault="00EC2AE3"/>
        </w:tc>
        <w:tc>
          <w:tcPr>
            <w:tcW w:w="2835" w:type="dxa"/>
            <w:tcMar>
              <w:top w:w="80" w:type="dxa"/>
              <w:left w:w="90" w:type="dxa"/>
              <w:bottom w:w="80" w:type="dxa"/>
              <w:right w:w="90" w:type="dxa"/>
            </w:tcMar>
            <w:vAlign w:val="center"/>
          </w:tcPr>
          <w:p w14:paraId="5C254EE5" w14:textId="77777777" w:rsidR="00EC2AE3" w:rsidRPr="00F5091F" w:rsidRDefault="00F34F28">
            <w:pPr>
              <w:rPr>
                <w:b/>
                <w:sz w:val="22"/>
                <w:szCs w:val="28"/>
                <w:lang w:eastAsia="ja-JP"/>
              </w:rPr>
            </w:pPr>
            <w:proofErr w:type="spellStart"/>
            <w:r w:rsidRPr="00F5091F">
              <w:rPr>
                <w:b/>
                <w:sz w:val="22"/>
                <w:szCs w:val="28"/>
              </w:rPr>
              <w:t>所属・役職</w:t>
            </w:r>
            <w:proofErr w:type="spellEnd"/>
          </w:p>
          <w:p w14:paraId="503F323D" w14:textId="77777777" w:rsidR="00DD64D6" w:rsidRPr="00F5091F" w:rsidRDefault="00DD64D6">
            <w:pPr>
              <w:rPr>
                <w:sz w:val="22"/>
                <w:szCs w:val="28"/>
                <w:lang w:eastAsia="ja-JP"/>
              </w:rPr>
            </w:pPr>
          </w:p>
        </w:tc>
        <w:tc>
          <w:tcPr>
            <w:tcW w:w="4648" w:type="dxa"/>
            <w:tcMar>
              <w:top w:w="80" w:type="dxa"/>
              <w:left w:w="90" w:type="dxa"/>
              <w:bottom w:w="80" w:type="dxa"/>
              <w:right w:w="90" w:type="dxa"/>
            </w:tcMar>
            <w:vAlign w:val="center"/>
          </w:tcPr>
          <w:p w14:paraId="144FE09A" w14:textId="77777777" w:rsidR="00EC2AE3" w:rsidRPr="00F5091F" w:rsidRDefault="00F34F28">
            <w:pPr>
              <w:rPr>
                <w:b/>
                <w:sz w:val="22"/>
                <w:szCs w:val="28"/>
                <w:lang w:eastAsia="ja-JP"/>
              </w:rPr>
            </w:pPr>
            <w:proofErr w:type="spellStart"/>
            <w:r w:rsidRPr="00F5091F">
              <w:rPr>
                <w:b/>
                <w:sz w:val="22"/>
                <w:szCs w:val="28"/>
              </w:rPr>
              <w:t>Eメールアドレス</w:t>
            </w:r>
            <w:proofErr w:type="spellEnd"/>
          </w:p>
          <w:p w14:paraId="23773F74" w14:textId="77777777" w:rsidR="00DD64D6" w:rsidRPr="00F5091F" w:rsidRDefault="00DD64D6">
            <w:pPr>
              <w:rPr>
                <w:sz w:val="22"/>
                <w:szCs w:val="28"/>
                <w:lang w:eastAsia="ja-JP"/>
              </w:rPr>
            </w:pPr>
          </w:p>
        </w:tc>
      </w:tr>
      <w:tr w:rsidR="004C1B1D" w14:paraId="03CDFE1B" w14:textId="77777777" w:rsidTr="00AA7969">
        <w:trPr>
          <w:jc w:val="center"/>
        </w:trPr>
        <w:tc>
          <w:tcPr>
            <w:tcW w:w="9638" w:type="dxa"/>
            <w:gridSpan w:val="3"/>
            <w:shd w:val="clear" w:color="auto" w:fill="D9E2F3"/>
            <w:tcMar>
              <w:top w:w="80" w:type="dxa"/>
              <w:left w:w="90" w:type="dxa"/>
              <w:bottom w:w="80" w:type="dxa"/>
              <w:right w:w="90" w:type="dxa"/>
            </w:tcMar>
            <w:vAlign w:val="center"/>
          </w:tcPr>
          <w:p w14:paraId="571CB80F" w14:textId="77777777" w:rsidR="004C1B1D" w:rsidRDefault="004C1B1D" w:rsidP="00AA7969">
            <w:pPr>
              <w:rPr>
                <w:lang w:eastAsia="ja-JP"/>
              </w:rPr>
            </w:pPr>
            <w:r w:rsidRPr="00F5091F">
              <w:rPr>
                <w:rFonts w:hint="eastAsia"/>
                <w:b/>
                <w:sz w:val="22"/>
                <w:szCs w:val="24"/>
                <w:lang w:eastAsia="ja-JP"/>
              </w:rPr>
              <w:t>応募する</w:t>
            </w:r>
            <w:r w:rsidRPr="00F5091F">
              <w:rPr>
                <w:b/>
                <w:sz w:val="22"/>
                <w:szCs w:val="24"/>
                <w:lang w:eastAsia="ja-JP"/>
              </w:rPr>
              <w:t>取組</w:t>
            </w:r>
            <w:r w:rsidRPr="00F5091F">
              <w:rPr>
                <w:rFonts w:hint="eastAsia"/>
                <w:b/>
                <w:sz w:val="22"/>
                <w:szCs w:val="24"/>
                <w:lang w:eastAsia="ja-JP"/>
              </w:rPr>
              <w:t>の</w:t>
            </w:r>
            <w:r w:rsidRPr="00F5091F">
              <w:rPr>
                <w:b/>
                <w:sz w:val="22"/>
                <w:szCs w:val="24"/>
                <w:lang w:eastAsia="ja-JP"/>
              </w:rPr>
              <w:t>名称・キャッチコピー</w:t>
            </w:r>
          </w:p>
        </w:tc>
      </w:tr>
      <w:tr w:rsidR="004C1B1D" w14:paraId="46D43F62" w14:textId="77777777" w:rsidTr="00AA7969">
        <w:trPr>
          <w:jc w:val="center"/>
        </w:trPr>
        <w:tc>
          <w:tcPr>
            <w:tcW w:w="9638" w:type="dxa"/>
            <w:gridSpan w:val="3"/>
            <w:tcMar>
              <w:top w:w="80" w:type="dxa"/>
              <w:left w:w="90" w:type="dxa"/>
              <w:bottom w:w="80" w:type="dxa"/>
              <w:right w:w="90" w:type="dxa"/>
            </w:tcMar>
            <w:vAlign w:val="center"/>
          </w:tcPr>
          <w:p w14:paraId="1099FF71" w14:textId="77777777" w:rsidR="004C1B1D" w:rsidRPr="00F5091F" w:rsidRDefault="004C1B1D" w:rsidP="00AA7969">
            <w:pPr>
              <w:rPr>
                <w:i/>
                <w:color w:val="FF0000"/>
                <w:sz w:val="22"/>
                <w:szCs w:val="32"/>
                <w:lang w:eastAsia="ja-JP"/>
              </w:rPr>
            </w:pPr>
            <w:r w:rsidRPr="00F5091F">
              <w:rPr>
                <w:i/>
                <w:color w:val="FF0000"/>
                <w:sz w:val="22"/>
                <w:szCs w:val="32"/>
                <w:lang w:eastAsia="ja-JP"/>
              </w:rPr>
              <w:t>取組の特徴が一目で分かる名称又はキャッチコピーを記載してください。</w:t>
            </w:r>
            <w:r w:rsidRPr="00F5091F">
              <w:rPr>
                <w:i/>
                <w:color w:val="FF0000"/>
                <w:sz w:val="22"/>
                <w:szCs w:val="32"/>
                <w:lang w:eastAsia="ja-JP"/>
              </w:rPr>
              <w:br/>
            </w:r>
          </w:p>
          <w:p w14:paraId="7EE95D46" w14:textId="77777777" w:rsidR="004C1B1D" w:rsidRPr="00F5091F" w:rsidRDefault="004C1B1D" w:rsidP="00AA7969">
            <w:pPr>
              <w:rPr>
                <w:sz w:val="28"/>
                <w:szCs w:val="32"/>
                <w:lang w:eastAsia="ja-JP"/>
              </w:rPr>
            </w:pPr>
            <w:r w:rsidRPr="00F5091F">
              <w:rPr>
                <w:i/>
                <w:color w:val="FF0000"/>
                <w:sz w:val="22"/>
                <w:szCs w:val="32"/>
                <w:lang w:eastAsia="ja-JP"/>
              </w:rPr>
              <w:t>（記載例・観点）</w:t>
            </w:r>
            <w:r w:rsidRPr="00F5091F">
              <w:rPr>
                <w:i/>
                <w:color w:val="FF0000"/>
                <w:sz w:val="22"/>
                <w:szCs w:val="32"/>
                <w:lang w:eastAsia="ja-JP"/>
              </w:rPr>
              <w:br/>
              <w:t>例：アメニティの適正利用を通じたワンウェイプラスチック削減</w:t>
            </w:r>
          </w:p>
          <w:p w14:paraId="59AC54B8" w14:textId="77777777" w:rsidR="004C1B1D" w:rsidRPr="00CC630B" w:rsidRDefault="004C1B1D" w:rsidP="00AA7969">
            <w:pPr>
              <w:rPr>
                <w:sz w:val="24"/>
                <w:szCs w:val="28"/>
                <w:lang w:eastAsia="ja-JP"/>
              </w:rPr>
            </w:pPr>
          </w:p>
          <w:p w14:paraId="433AEE49" w14:textId="77777777" w:rsidR="004C1B1D" w:rsidRDefault="004C1B1D" w:rsidP="00AA7969">
            <w:pPr>
              <w:rPr>
                <w:lang w:eastAsia="ja-JP"/>
              </w:rPr>
            </w:pPr>
          </w:p>
        </w:tc>
      </w:tr>
    </w:tbl>
    <w:p w14:paraId="06E7151B" w14:textId="201F1F15" w:rsidR="00EC2AE3" w:rsidRDefault="004C1B1D">
      <w:pPr>
        <w:keepNext/>
        <w:spacing w:before="180" w:after="80"/>
      </w:pPr>
      <w:r>
        <w:rPr>
          <w:rFonts w:hint="eastAsia"/>
          <w:b/>
          <w:sz w:val="24"/>
          <w:lang w:eastAsia="ja-JP"/>
        </w:rPr>
        <w:lastRenderedPageBreak/>
        <w:t>２</w:t>
      </w:r>
      <w:r w:rsidR="00F34F28">
        <w:rPr>
          <w:b/>
          <w:sz w:val="24"/>
        </w:rPr>
        <w:t>．</w:t>
      </w:r>
      <w:proofErr w:type="spellStart"/>
      <w:r w:rsidR="00F34F28">
        <w:rPr>
          <w:b/>
          <w:sz w:val="24"/>
        </w:rPr>
        <w:t>取組の背景・目的</w:t>
      </w:r>
      <w:proofErr w:type="spellEnd"/>
    </w:p>
    <w:tbl>
      <w:tblPr>
        <w:tblStyle w:val="afe"/>
        <w:tblW w:w="0" w:type="auto"/>
        <w:jc w:val="center"/>
        <w:tblLayout w:type="fixed"/>
        <w:tblLook w:val="04A0" w:firstRow="1" w:lastRow="0" w:firstColumn="1" w:lastColumn="0" w:noHBand="0" w:noVBand="1"/>
      </w:tblPr>
      <w:tblGrid>
        <w:gridCol w:w="9638"/>
      </w:tblGrid>
      <w:tr w:rsidR="00EC2AE3" w14:paraId="1DED7CE4" w14:textId="77777777">
        <w:trPr>
          <w:jc w:val="center"/>
        </w:trPr>
        <w:tc>
          <w:tcPr>
            <w:tcW w:w="9638" w:type="dxa"/>
            <w:shd w:val="clear" w:color="auto" w:fill="D9E2F3"/>
            <w:tcMar>
              <w:top w:w="80" w:type="dxa"/>
              <w:left w:w="90" w:type="dxa"/>
              <w:bottom w:w="80" w:type="dxa"/>
              <w:right w:w="90" w:type="dxa"/>
            </w:tcMar>
            <w:vAlign w:val="center"/>
          </w:tcPr>
          <w:p w14:paraId="6A21635B" w14:textId="77777777" w:rsidR="00EC2AE3" w:rsidRDefault="00F34F28">
            <w:pPr>
              <w:rPr>
                <w:lang w:eastAsia="ja-JP"/>
              </w:rPr>
            </w:pPr>
            <w:r w:rsidRPr="00F5091F">
              <w:rPr>
                <w:b/>
                <w:sz w:val="22"/>
                <w:szCs w:val="24"/>
                <w:lang w:eastAsia="ja-JP"/>
              </w:rPr>
              <w:t>① なぜ取り組んだのか</w:t>
            </w:r>
          </w:p>
        </w:tc>
      </w:tr>
      <w:tr w:rsidR="00EC2AE3" w14:paraId="344A5508" w14:textId="77777777">
        <w:trPr>
          <w:jc w:val="center"/>
        </w:trPr>
        <w:tc>
          <w:tcPr>
            <w:tcW w:w="9638" w:type="dxa"/>
            <w:tcMar>
              <w:top w:w="80" w:type="dxa"/>
              <w:left w:w="90" w:type="dxa"/>
              <w:bottom w:w="80" w:type="dxa"/>
              <w:right w:w="90" w:type="dxa"/>
            </w:tcMar>
            <w:vAlign w:val="center"/>
          </w:tcPr>
          <w:p w14:paraId="703EDEA4" w14:textId="77777777" w:rsidR="00706E7A" w:rsidRPr="00187DF6" w:rsidRDefault="00F34F28">
            <w:pPr>
              <w:rPr>
                <w:i/>
                <w:color w:val="FF0000"/>
                <w:sz w:val="22"/>
                <w:szCs w:val="32"/>
                <w:lang w:eastAsia="ja-JP"/>
              </w:rPr>
            </w:pPr>
            <w:r w:rsidRPr="00187DF6">
              <w:rPr>
                <w:i/>
                <w:color w:val="FF0000"/>
                <w:sz w:val="22"/>
                <w:szCs w:val="32"/>
                <w:lang w:eastAsia="ja-JP"/>
              </w:rPr>
              <w:t>取組を開始した背景・課題認識・目的を記載してください。</w:t>
            </w:r>
          </w:p>
          <w:p w14:paraId="4BFB4B19" w14:textId="77777777" w:rsidR="00187DF6" w:rsidRPr="00187DF6" w:rsidRDefault="00187DF6">
            <w:pPr>
              <w:rPr>
                <w:i/>
                <w:color w:val="FF0000"/>
                <w:sz w:val="22"/>
                <w:szCs w:val="32"/>
                <w:lang w:eastAsia="ja-JP"/>
              </w:rPr>
            </w:pPr>
          </w:p>
          <w:p w14:paraId="0B14E59A" w14:textId="7F25109D" w:rsidR="00706E7A" w:rsidRPr="00187DF6" w:rsidRDefault="00F34F28">
            <w:pPr>
              <w:rPr>
                <w:i/>
                <w:color w:val="FF0000"/>
                <w:sz w:val="22"/>
                <w:szCs w:val="32"/>
                <w:lang w:eastAsia="ja-JP"/>
              </w:rPr>
            </w:pPr>
            <w:r w:rsidRPr="00187DF6">
              <w:rPr>
                <w:i/>
                <w:color w:val="FF0000"/>
                <w:sz w:val="22"/>
                <w:szCs w:val="32"/>
                <w:lang w:eastAsia="ja-JP"/>
              </w:rPr>
              <w:t>（記載例・観点）</w:t>
            </w:r>
          </w:p>
          <w:p w14:paraId="58442FEB" w14:textId="77777777" w:rsidR="00187DF6" w:rsidRDefault="00F34F28">
            <w:pPr>
              <w:rPr>
                <w:i/>
                <w:color w:val="FF0000"/>
                <w:sz w:val="22"/>
                <w:szCs w:val="32"/>
                <w:lang w:eastAsia="ja-JP"/>
              </w:rPr>
            </w:pPr>
            <w:r w:rsidRPr="00187DF6">
              <w:rPr>
                <w:i/>
                <w:color w:val="FF0000"/>
                <w:sz w:val="22"/>
                <w:szCs w:val="32"/>
                <w:lang w:eastAsia="ja-JP"/>
              </w:rPr>
              <w:t>経営理念、サステナビリティ方針、顧客ニーズ、法制度への対応、CSR活動等との関係も</w:t>
            </w:r>
          </w:p>
          <w:p w14:paraId="3ADD00B5" w14:textId="7EE3B788" w:rsidR="00EC2AE3" w:rsidRPr="00187DF6" w:rsidRDefault="00F34F28">
            <w:pPr>
              <w:rPr>
                <w:i/>
                <w:color w:val="FF0000"/>
                <w:sz w:val="22"/>
                <w:szCs w:val="32"/>
                <w:lang w:eastAsia="ja-JP"/>
              </w:rPr>
            </w:pPr>
            <w:r w:rsidRPr="00187DF6">
              <w:rPr>
                <w:i/>
                <w:color w:val="FF0000"/>
                <w:sz w:val="22"/>
                <w:szCs w:val="32"/>
                <w:lang w:eastAsia="ja-JP"/>
              </w:rPr>
              <w:t>記載してください。</w:t>
            </w:r>
          </w:p>
          <w:p w14:paraId="4B70FD57" w14:textId="77777777" w:rsidR="00EC2AE3" w:rsidRPr="00187DF6" w:rsidRDefault="00EC2AE3">
            <w:pPr>
              <w:rPr>
                <w:sz w:val="28"/>
                <w:szCs w:val="32"/>
                <w:lang w:eastAsia="ja-JP"/>
              </w:rPr>
            </w:pPr>
          </w:p>
          <w:p w14:paraId="48B3C76D" w14:textId="77777777" w:rsidR="00EC2AE3" w:rsidRPr="00CC630B" w:rsidRDefault="00EC2AE3">
            <w:pPr>
              <w:rPr>
                <w:sz w:val="24"/>
                <w:szCs w:val="28"/>
                <w:lang w:eastAsia="ja-JP"/>
              </w:rPr>
            </w:pPr>
          </w:p>
          <w:p w14:paraId="33F66BC0" w14:textId="77777777" w:rsidR="00EC2AE3" w:rsidRDefault="00EC2AE3">
            <w:pPr>
              <w:rPr>
                <w:lang w:eastAsia="ja-JP"/>
              </w:rPr>
            </w:pPr>
          </w:p>
          <w:p w14:paraId="0D87B80C" w14:textId="77777777" w:rsidR="00EC2AE3" w:rsidRDefault="00EC2AE3">
            <w:pPr>
              <w:rPr>
                <w:lang w:eastAsia="ja-JP"/>
              </w:rPr>
            </w:pPr>
          </w:p>
          <w:p w14:paraId="2AAC6FD0" w14:textId="77777777" w:rsidR="00EC2AE3" w:rsidRDefault="00EC2AE3">
            <w:pPr>
              <w:rPr>
                <w:lang w:eastAsia="ja-JP"/>
              </w:rPr>
            </w:pPr>
          </w:p>
        </w:tc>
      </w:tr>
    </w:tbl>
    <w:p w14:paraId="22ACDEE9" w14:textId="77777777" w:rsidR="00EC2AE3" w:rsidRDefault="00EC2AE3">
      <w:pPr>
        <w:spacing w:after="0"/>
        <w:rPr>
          <w:lang w:eastAsia="ja-JP"/>
        </w:rPr>
      </w:pPr>
    </w:p>
    <w:p w14:paraId="5CF063AA" w14:textId="06F49DCF" w:rsidR="00EC2AE3" w:rsidRDefault="004C1B1D">
      <w:pPr>
        <w:keepNext/>
        <w:spacing w:before="180" w:after="80"/>
      </w:pPr>
      <w:r>
        <w:rPr>
          <w:rFonts w:hint="eastAsia"/>
          <w:b/>
          <w:sz w:val="24"/>
          <w:lang w:eastAsia="ja-JP"/>
        </w:rPr>
        <w:t>３</w:t>
      </w:r>
      <w:r w:rsidR="00F34F28">
        <w:rPr>
          <w:b/>
          <w:sz w:val="24"/>
        </w:rPr>
        <w:t>．</w:t>
      </w:r>
      <w:proofErr w:type="spellStart"/>
      <w:r w:rsidR="00F34F28">
        <w:rPr>
          <w:b/>
          <w:sz w:val="24"/>
        </w:rPr>
        <w:t>主な取組内容</w:t>
      </w:r>
      <w:proofErr w:type="spellEnd"/>
    </w:p>
    <w:tbl>
      <w:tblPr>
        <w:tblStyle w:val="afe"/>
        <w:tblW w:w="0" w:type="auto"/>
        <w:jc w:val="center"/>
        <w:tblLayout w:type="fixed"/>
        <w:tblLook w:val="04A0" w:firstRow="1" w:lastRow="0" w:firstColumn="1" w:lastColumn="0" w:noHBand="0" w:noVBand="1"/>
      </w:tblPr>
      <w:tblGrid>
        <w:gridCol w:w="9638"/>
      </w:tblGrid>
      <w:tr w:rsidR="00EC2AE3" w14:paraId="78B2102E" w14:textId="77777777">
        <w:trPr>
          <w:jc w:val="center"/>
        </w:trPr>
        <w:tc>
          <w:tcPr>
            <w:tcW w:w="9638" w:type="dxa"/>
            <w:shd w:val="clear" w:color="auto" w:fill="D9E2F3"/>
            <w:tcMar>
              <w:top w:w="80" w:type="dxa"/>
              <w:left w:w="90" w:type="dxa"/>
              <w:bottom w:w="80" w:type="dxa"/>
              <w:right w:w="90" w:type="dxa"/>
            </w:tcMar>
            <w:vAlign w:val="center"/>
          </w:tcPr>
          <w:p w14:paraId="0D2C547E" w14:textId="77777777" w:rsidR="00EC2AE3" w:rsidRDefault="00F34F28">
            <w:r w:rsidRPr="00F5091F">
              <w:rPr>
                <w:b/>
                <w:sz w:val="22"/>
                <w:szCs w:val="24"/>
              </w:rPr>
              <w:t xml:space="preserve">① </w:t>
            </w:r>
            <w:proofErr w:type="spellStart"/>
            <w:r w:rsidRPr="00F5091F">
              <w:rPr>
                <w:b/>
                <w:sz w:val="22"/>
                <w:szCs w:val="24"/>
              </w:rPr>
              <w:t>具体的な取組内容</w:t>
            </w:r>
            <w:proofErr w:type="spellEnd"/>
          </w:p>
        </w:tc>
      </w:tr>
      <w:tr w:rsidR="00EC2AE3" w14:paraId="552656C3" w14:textId="77777777">
        <w:trPr>
          <w:jc w:val="center"/>
        </w:trPr>
        <w:tc>
          <w:tcPr>
            <w:tcW w:w="9638" w:type="dxa"/>
            <w:tcMar>
              <w:top w:w="80" w:type="dxa"/>
              <w:left w:w="90" w:type="dxa"/>
              <w:bottom w:w="80" w:type="dxa"/>
              <w:right w:w="90" w:type="dxa"/>
            </w:tcMar>
            <w:vAlign w:val="center"/>
          </w:tcPr>
          <w:p w14:paraId="15DC9455" w14:textId="77777777" w:rsidR="00C362E5" w:rsidRPr="00706E7A" w:rsidRDefault="00C362E5" w:rsidP="00C362E5">
            <w:pPr>
              <w:rPr>
                <w:i/>
                <w:color w:val="FF0000"/>
                <w:sz w:val="22"/>
                <w:szCs w:val="32"/>
                <w:lang w:eastAsia="ja-JP"/>
              </w:rPr>
            </w:pPr>
            <w:r w:rsidRPr="00F5091F">
              <w:rPr>
                <w:rFonts w:hint="eastAsia"/>
                <w:i/>
                <w:color w:val="FF0000"/>
                <w:sz w:val="22"/>
                <w:szCs w:val="32"/>
                <w:lang w:eastAsia="ja-JP"/>
              </w:rPr>
              <w:t>実施している内容を具体的に記載してください。</w:t>
            </w:r>
          </w:p>
          <w:p w14:paraId="70EA0AE1" w14:textId="77777777" w:rsidR="000E285D" w:rsidRDefault="000E285D" w:rsidP="00C362E5">
            <w:pPr>
              <w:rPr>
                <w:i/>
                <w:color w:val="FF0000"/>
                <w:sz w:val="22"/>
                <w:szCs w:val="32"/>
                <w:lang w:eastAsia="ja-JP"/>
              </w:rPr>
            </w:pPr>
          </w:p>
          <w:p w14:paraId="432BBF7D" w14:textId="77777777" w:rsidR="00053434" w:rsidRPr="00706E7A" w:rsidRDefault="00053434" w:rsidP="00C362E5">
            <w:pPr>
              <w:rPr>
                <w:i/>
                <w:color w:val="FF0000"/>
                <w:sz w:val="22"/>
                <w:szCs w:val="32"/>
                <w:lang w:eastAsia="ja-JP"/>
              </w:rPr>
            </w:pPr>
          </w:p>
          <w:p w14:paraId="4A33334E" w14:textId="05B377F0" w:rsidR="00C362E5" w:rsidRPr="00F5091F" w:rsidRDefault="00C362E5" w:rsidP="00F5091F">
            <w:pPr>
              <w:pStyle w:val="ae"/>
              <w:numPr>
                <w:ilvl w:val="0"/>
                <w:numId w:val="11"/>
              </w:numPr>
              <w:rPr>
                <w:i/>
                <w:color w:val="FF0000"/>
                <w:sz w:val="22"/>
                <w:szCs w:val="32"/>
                <w:lang w:eastAsia="ja-JP"/>
              </w:rPr>
            </w:pPr>
            <w:r w:rsidRPr="00F5091F">
              <w:rPr>
                <w:rFonts w:hint="eastAsia"/>
                <w:i/>
                <w:color w:val="FF0000"/>
                <w:sz w:val="22"/>
                <w:szCs w:val="32"/>
                <w:lang w:eastAsia="ja-JP"/>
              </w:rPr>
              <w:t>評価軸</w:t>
            </w:r>
          </w:p>
          <w:p w14:paraId="29441A8B" w14:textId="59AD165C" w:rsidR="00C362E5" w:rsidRPr="00706E7A" w:rsidRDefault="00C362E5" w:rsidP="00C362E5">
            <w:pPr>
              <w:rPr>
                <w:i/>
                <w:color w:val="FF0000"/>
                <w:sz w:val="22"/>
                <w:szCs w:val="32"/>
                <w:lang w:eastAsia="ja-JP"/>
              </w:rPr>
            </w:pPr>
            <w:r w:rsidRPr="00706E7A">
              <w:rPr>
                <w:rFonts w:hint="eastAsia"/>
                <w:i/>
                <w:color w:val="FF0000"/>
                <w:sz w:val="22"/>
                <w:szCs w:val="32"/>
                <w:lang w:eastAsia="ja-JP"/>
              </w:rPr>
              <w:t>①</w:t>
            </w:r>
            <w:r w:rsidRPr="00706E7A">
              <w:rPr>
                <w:i/>
                <w:color w:val="FF0000"/>
                <w:sz w:val="22"/>
                <w:szCs w:val="32"/>
                <w:lang w:eastAsia="ja-JP"/>
              </w:rPr>
              <w:t>ワンウェイプラスチック削減効果</w:t>
            </w:r>
          </w:p>
          <w:p w14:paraId="34BB0CDB" w14:textId="77777777" w:rsidR="00C362E5" w:rsidRPr="00706E7A" w:rsidRDefault="00C362E5" w:rsidP="00C362E5">
            <w:pPr>
              <w:rPr>
                <w:i/>
                <w:color w:val="FF0000"/>
                <w:sz w:val="22"/>
                <w:szCs w:val="32"/>
                <w:lang w:eastAsia="ja-JP"/>
              </w:rPr>
            </w:pPr>
            <w:r w:rsidRPr="00706E7A">
              <w:rPr>
                <w:rFonts w:hint="eastAsia"/>
                <w:i/>
                <w:color w:val="FF0000"/>
                <w:sz w:val="22"/>
                <w:szCs w:val="32"/>
                <w:lang w:eastAsia="ja-JP"/>
              </w:rPr>
              <w:t>取組によってプラスチックの使用量・排出量がどの程度削減されたかをご記載ください。</w:t>
            </w:r>
          </w:p>
          <w:p w14:paraId="3246E2D3" w14:textId="4FE1A7ED" w:rsidR="00C362E5" w:rsidRPr="00706E7A" w:rsidRDefault="00C362E5" w:rsidP="00C362E5">
            <w:pPr>
              <w:rPr>
                <w:i/>
                <w:color w:val="FF0000"/>
                <w:sz w:val="22"/>
                <w:szCs w:val="32"/>
                <w:lang w:eastAsia="ja-JP"/>
              </w:rPr>
            </w:pPr>
            <w:r w:rsidRPr="00706E7A">
              <w:rPr>
                <w:rFonts w:hint="eastAsia"/>
                <w:i/>
                <w:color w:val="FF0000"/>
                <w:sz w:val="22"/>
                <w:szCs w:val="32"/>
                <w:lang w:eastAsia="ja-JP"/>
              </w:rPr>
              <w:t>総量だけでなく、削減率や製品１個当たりなどの原単位による効果も</w:t>
            </w:r>
            <w:r w:rsidR="00B3508D">
              <w:rPr>
                <w:rFonts w:hint="eastAsia"/>
                <w:i/>
                <w:color w:val="FF0000"/>
                <w:sz w:val="22"/>
                <w:szCs w:val="32"/>
                <w:lang w:eastAsia="ja-JP"/>
              </w:rPr>
              <w:t>評価します。</w:t>
            </w:r>
          </w:p>
          <w:p w14:paraId="6478988F" w14:textId="77777777" w:rsidR="00C362E5" w:rsidRPr="00706E7A" w:rsidRDefault="00C362E5" w:rsidP="00C362E5">
            <w:pPr>
              <w:rPr>
                <w:i/>
                <w:color w:val="FF0000"/>
                <w:sz w:val="22"/>
                <w:szCs w:val="32"/>
                <w:lang w:eastAsia="ja-JP"/>
              </w:rPr>
            </w:pPr>
          </w:p>
          <w:p w14:paraId="018192F9" w14:textId="3A1E4DCE" w:rsidR="00C362E5" w:rsidRDefault="00C362E5" w:rsidP="00C362E5">
            <w:pPr>
              <w:rPr>
                <w:i/>
                <w:color w:val="FF0000"/>
                <w:sz w:val="22"/>
                <w:szCs w:val="32"/>
                <w:lang w:eastAsia="ja-JP"/>
              </w:rPr>
            </w:pPr>
            <w:r w:rsidRPr="00706E7A">
              <w:rPr>
                <w:rFonts w:hint="eastAsia"/>
                <w:i/>
                <w:color w:val="FF0000"/>
                <w:sz w:val="22"/>
                <w:szCs w:val="32"/>
                <w:lang w:eastAsia="ja-JP"/>
              </w:rPr>
              <w:t>②</w:t>
            </w:r>
            <w:r w:rsidRPr="00706E7A">
              <w:rPr>
                <w:i/>
                <w:color w:val="FF0000"/>
                <w:sz w:val="22"/>
                <w:szCs w:val="32"/>
                <w:lang w:eastAsia="ja-JP"/>
              </w:rPr>
              <w:t>実効性、</w:t>
            </w:r>
            <w:r w:rsidR="001530B7">
              <w:rPr>
                <w:rFonts w:hint="eastAsia"/>
                <w:i/>
                <w:color w:val="FF0000"/>
                <w:sz w:val="22"/>
                <w:szCs w:val="32"/>
                <w:lang w:eastAsia="ja-JP"/>
              </w:rPr>
              <w:t>持続性</w:t>
            </w:r>
          </w:p>
          <w:p w14:paraId="77E1E909" w14:textId="5470EEC5" w:rsidR="00DC1BD2" w:rsidRPr="00706E7A" w:rsidRDefault="00DC1BD2" w:rsidP="00C362E5">
            <w:pPr>
              <w:rPr>
                <w:i/>
                <w:color w:val="FF0000"/>
                <w:sz w:val="22"/>
                <w:szCs w:val="32"/>
                <w:lang w:eastAsia="ja-JP"/>
              </w:rPr>
            </w:pPr>
            <w:r>
              <w:rPr>
                <w:rFonts w:hint="eastAsia"/>
                <w:i/>
                <w:color w:val="FF0000"/>
                <w:sz w:val="22"/>
                <w:szCs w:val="32"/>
                <w:lang w:eastAsia="ja-JP"/>
              </w:rPr>
              <w:t>取組は実際にどの程度利用・実践されているか、また、コストやオペレーションの面から継続</w:t>
            </w:r>
          </w:p>
          <w:p w14:paraId="27E61C8F" w14:textId="3C959769" w:rsidR="00DC1BD2" w:rsidRDefault="00DC1BD2" w:rsidP="00C362E5">
            <w:pPr>
              <w:rPr>
                <w:i/>
                <w:color w:val="FF0000"/>
                <w:sz w:val="22"/>
                <w:szCs w:val="32"/>
                <w:lang w:eastAsia="ja-JP"/>
              </w:rPr>
            </w:pPr>
            <w:r>
              <w:rPr>
                <w:rFonts w:hint="eastAsia"/>
                <w:i/>
                <w:color w:val="FF0000"/>
                <w:sz w:val="22"/>
                <w:szCs w:val="32"/>
                <w:lang w:eastAsia="ja-JP"/>
              </w:rPr>
              <w:t>可能な仕組みとなっているか、一過性のキャンペーンではなく、通常の事業活動に組み込まれているか等、一時的な実証等にとどまらず、継続的に実施できる仕組みとなっているかを評価</w:t>
            </w:r>
          </w:p>
          <w:p w14:paraId="7BA955FF" w14:textId="5F68840A" w:rsidR="00FF316F" w:rsidRDefault="00FF316F" w:rsidP="00C362E5">
            <w:pPr>
              <w:rPr>
                <w:i/>
                <w:color w:val="FF0000"/>
                <w:sz w:val="22"/>
                <w:szCs w:val="32"/>
                <w:lang w:eastAsia="ja-JP"/>
              </w:rPr>
            </w:pPr>
            <w:r>
              <w:rPr>
                <w:rFonts w:hint="eastAsia"/>
                <w:i/>
                <w:color w:val="FF0000"/>
                <w:sz w:val="22"/>
                <w:szCs w:val="32"/>
                <w:lang w:eastAsia="ja-JP"/>
              </w:rPr>
              <w:t>します。</w:t>
            </w:r>
          </w:p>
          <w:p w14:paraId="2158C9EB" w14:textId="106C19E6" w:rsidR="00C362E5" w:rsidRPr="00706E7A" w:rsidRDefault="00B3508D" w:rsidP="00C362E5">
            <w:pPr>
              <w:rPr>
                <w:i/>
                <w:color w:val="FF0000"/>
                <w:sz w:val="22"/>
                <w:szCs w:val="32"/>
                <w:lang w:eastAsia="ja-JP"/>
              </w:rPr>
            </w:pPr>
            <w:r>
              <w:rPr>
                <w:rFonts w:hint="eastAsia"/>
                <w:i/>
                <w:color w:val="FF0000"/>
                <w:sz w:val="22"/>
                <w:szCs w:val="32"/>
                <w:lang w:eastAsia="ja-JP"/>
              </w:rPr>
              <w:t>また</w:t>
            </w:r>
            <w:r w:rsidR="007B2432" w:rsidRPr="00706E7A">
              <w:rPr>
                <w:rFonts w:hint="eastAsia"/>
                <w:i/>
                <w:color w:val="FF0000"/>
                <w:sz w:val="22"/>
                <w:szCs w:val="32"/>
                <w:lang w:eastAsia="ja-JP"/>
              </w:rPr>
              <w:t>、</w:t>
            </w:r>
            <w:r w:rsidR="00C362E5" w:rsidRPr="00706E7A">
              <w:rPr>
                <w:rFonts w:hint="eastAsia"/>
                <w:i/>
                <w:color w:val="FF0000"/>
                <w:sz w:val="22"/>
                <w:szCs w:val="32"/>
                <w:lang w:eastAsia="ja-JP"/>
              </w:rPr>
              <w:t>利用率、辞退率、参加率等の実績がある場合は</w:t>
            </w:r>
            <w:r w:rsidR="001530B7">
              <w:rPr>
                <w:rFonts w:hint="eastAsia"/>
                <w:i/>
                <w:color w:val="FF0000"/>
                <w:sz w:val="22"/>
                <w:szCs w:val="32"/>
                <w:lang w:eastAsia="ja-JP"/>
              </w:rPr>
              <w:t>ご記載ください。</w:t>
            </w:r>
          </w:p>
          <w:p w14:paraId="66471349" w14:textId="77777777" w:rsidR="00C362E5" w:rsidRPr="00706E7A" w:rsidRDefault="00C362E5" w:rsidP="00C362E5">
            <w:pPr>
              <w:rPr>
                <w:i/>
                <w:color w:val="FF0000"/>
                <w:sz w:val="22"/>
                <w:szCs w:val="32"/>
                <w:lang w:eastAsia="ja-JP"/>
              </w:rPr>
            </w:pPr>
          </w:p>
          <w:p w14:paraId="4FBBCC55" w14:textId="07FCEC45" w:rsidR="00C362E5" w:rsidRPr="00706E7A" w:rsidRDefault="00C362E5" w:rsidP="00C362E5">
            <w:pPr>
              <w:rPr>
                <w:i/>
                <w:color w:val="FF0000"/>
                <w:sz w:val="22"/>
                <w:szCs w:val="32"/>
                <w:lang w:eastAsia="ja-JP"/>
              </w:rPr>
            </w:pPr>
            <w:r w:rsidRPr="00706E7A">
              <w:rPr>
                <w:rFonts w:hint="eastAsia"/>
                <w:i/>
                <w:color w:val="FF0000"/>
                <w:sz w:val="22"/>
                <w:szCs w:val="32"/>
                <w:lang w:eastAsia="ja-JP"/>
              </w:rPr>
              <w:t>③</w:t>
            </w:r>
            <w:r w:rsidRPr="00706E7A">
              <w:rPr>
                <w:i/>
                <w:color w:val="FF0000"/>
                <w:sz w:val="22"/>
                <w:szCs w:val="32"/>
                <w:lang w:eastAsia="ja-JP"/>
              </w:rPr>
              <w:t>他事業者への波及・横展開可能性</w:t>
            </w:r>
          </w:p>
          <w:p w14:paraId="729AB989" w14:textId="1DCCA878" w:rsidR="00C362E5" w:rsidRPr="00706E7A" w:rsidRDefault="00C362E5" w:rsidP="00C362E5">
            <w:pPr>
              <w:rPr>
                <w:i/>
                <w:color w:val="FF0000"/>
                <w:sz w:val="22"/>
                <w:szCs w:val="32"/>
                <w:lang w:eastAsia="ja-JP"/>
              </w:rPr>
            </w:pPr>
            <w:r w:rsidRPr="00706E7A">
              <w:rPr>
                <w:rFonts w:hint="eastAsia"/>
                <w:i/>
                <w:color w:val="FF0000"/>
                <w:sz w:val="22"/>
                <w:szCs w:val="32"/>
                <w:lang w:eastAsia="ja-JP"/>
              </w:rPr>
              <w:t>特定の事業者・店舗・地域等に限らず、他の事業者、地域、製品・サービス等にも応用・展開できる取組であるかを評価します</w:t>
            </w:r>
            <w:r w:rsidR="00EE0770" w:rsidRPr="00706E7A">
              <w:rPr>
                <w:rFonts w:hint="eastAsia"/>
                <w:i/>
                <w:color w:val="FF0000"/>
                <w:sz w:val="22"/>
                <w:szCs w:val="32"/>
                <w:lang w:eastAsia="ja-JP"/>
              </w:rPr>
              <w:t>。</w:t>
            </w:r>
          </w:p>
          <w:p w14:paraId="5B387B2D" w14:textId="0D6F2C96" w:rsidR="0046173C" w:rsidRDefault="0046173C" w:rsidP="00C362E5">
            <w:pPr>
              <w:rPr>
                <w:i/>
                <w:color w:val="FF0000"/>
                <w:sz w:val="22"/>
                <w:szCs w:val="32"/>
                <w:lang w:eastAsia="ja-JP"/>
              </w:rPr>
            </w:pPr>
            <w:r>
              <w:rPr>
                <w:rFonts w:hint="eastAsia"/>
                <w:i/>
                <w:color w:val="FF0000"/>
                <w:sz w:val="22"/>
                <w:szCs w:val="32"/>
                <w:lang w:eastAsia="ja-JP"/>
              </w:rPr>
              <w:lastRenderedPageBreak/>
              <w:t>優れた取組を「Good Reduce Practice」として紹介する趣旨を踏まえ、導入に必要な設備、費用</w:t>
            </w:r>
            <w:r w:rsidR="0076122F">
              <w:rPr>
                <w:rFonts w:hint="eastAsia"/>
                <w:i/>
                <w:color w:val="FF0000"/>
                <w:sz w:val="22"/>
                <w:szCs w:val="32"/>
                <w:lang w:eastAsia="ja-JP"/>
              </w:rPr>
              <w:t>、技術等のハードルが過度に高くないか、他の主体が参考にして取り入れることができるか、また、その取組が普及することによって、より大きなプラスチック削減効果につながる可能性</w:t>
            </w:r>
            <w:r w:rsidR="00F0763C">
              <w:rPr>
                <w:rFonts w:hint="eastAsia"/>
                <w:i/>
                <w:color w:val="FF0000"/>
                <w:sz w:val="22"/>
                <w:szCs w:val="32"/>
                <w:lang w:eastAsia="ja-JP"/>
              </w:rPr>
              <w:t>があるかを評価します。</w:t>
            </w:r>
          </w:p>
          <w:p w14:paraId="6CA04C34" w14:textId="77777777" w:rsidR="0046173C" w:rsidRPr="00706E7A" w:rsidRDefault="0046173C" w:rsidP="00C362E5">
            <w:pPr>
              <w:rPr>
                <w:i/>
                <w:color w:val="FF0000"/>
                <w:sz w:val="22"/>
                <w:szCs w:val="32"/>
                <w:lang w:eastAsia="ja-JP"/>
              </w:rPr>
            </w:pPr>
          </w:p>
          <w:p w14:paraId="2B6D684A" w14:textId="77777777" w:rsidR="00A82562" w:rsidRPr="00706E7A" w:rsidRDefault="00C362E5" w:rsidP="00A82562">
            <w:pPr>
              <w:rPr>
                <w:i/>
                <w:color w:val="FF0000"/>
                <w:sz w:val="22"/>
                <w:szCs w:val="32"/>
                <w:lang w:eastAsia="ja-JP"/>
              </w:rPr>
            </w:pPr>
            <w:r w:rsidRPr="00706E7A">
              <w:rPr>
                <w:rFonts w:hint="eastAsia"/>
                <w:i/>
                <w:color w:val="FF0000"/>
                <w:sz w:val="22"/>
                <w:szCs w:val="32"/>
                <w:lang w:eastAsia="ja-JP"/>
              </w:rPr>
              <w:t>④</w:t>
            </w:r>
            <w:r w:rsidR="00A82562" w:rsidRPr="00706E7A">
              <w:rPr>
                <w:i/>
                <w:color w:val="FF0000"/>
                <w:sz w:val="22"/>
                <w:szCs w:val="32"/>
                <w:lang w:eastAsia="ja-JP"/>
              </w:rPr>
              <w:t>先進性・独自性</w:t>
            </w:r>
          </w:p>
          <w:p w14:paraId="1F46B966" w14:textId="77777777" w:rsidR="00A82562" w:rsidRPr="00706E7A" w:rsidRDefault="00A82562" w:rsidP="00A82562">
            <w:pPr>
              <w:rPr>
                <w:i/>
                <w:color w:val="FF0000"/>
                <w:sz w:val="22"/>
                <w:szCs w:val="32"/>
                <w:lang w:eastAsia="ja-JP"/>
              </w:rPr>
            </w:pPr>
            <w:r w:rsidRPr="00706E7A">
              <w:rPr>
                <w:rFonts w:hint="eastAsia"/>
                <w:i/>
                <w:color w:val="FF0000"/>
                <w:sz w:val="22"/>
                <w:szCs w:val="32"/>
                <w:lang w:eastAsia="ja-JP"/>
              </w:rPr>
              <w:t>従来の取組にはない新たな発想、仕組み、技術、ビジネスモデル等があるかを評価します。</w:t>
            </w:r>
          </w:p>
          <w:p w14:paraId="774341B6" w14:textId="77777777" w:rsidR="00A82562" w:rsidRDefault="00A82562" w:rsidP="00A82562">
            <w:pPr>
              <w:rPr>
                <w:i/>
                <w:color w:val="FF0000"/>
                <w:sz w:val="22"/>
                <w:szCs w:val="32"/>
                <w:lang w:eastAsia="ja-JP"/>
              </w:rPr>
            </w:pPr>
            <w:r w:rsidRPr="00706E7A">
              <w:rPr>
                <w:rFonts w:hint="eastAsia"/>
                <w:i/>
                <w:color w:val="FF0000"/>
                <w:sz w:val="22"/>
                <w:szCs w:val="32"/>
                <w:lang w:eastAsia="ja-JP"/>
              </w:rPr>
              <w:t>必ずしも新技術である必要はなく、既存の仕組みの新たな活用方法や、関係者との新しい連携</w:t>
            </w:r>
          </w:p>
          <w:p w14:paraId="6A3CE424" w14:textId="77777777" w:rsidR="00A82562" w:rsidRPr="00706E7A" w:rsidRDefault="00A82562" w:rsidP="00A82562">
            <w:pPr>
              <w:rPr>
                <w:i/>
                <w:color w:val="FF0000"/>
                <w:sz w:val="22"/>
                <w:szCs w:val="32"/>
                <w:lang w:eastAsia="ja-JP"/>
              </w:rPr>
            </w:pPr>
            <w:r w:rsidRPr="00706E7A">
              <w:rPr>
                <w:rFonts w:hint="eastAsia"/>
                <w:i/>
                <w:color w:val="FF0000"/>
                <w:sz w:val="22"/>
                <w:szCs w:val="32"/>
                <w:lang w:eastAsia="ja-JP"/>
              </w:rPr>
              <w:t>方法なども評価対象とします。</w:t>
            </w:r>
          </w:p>
          <w:p w14:paraId="6DFB1ABC" w14:textId="3D093130" w:rsidR="00A82562" w:rsidRDefault="00A82562" w:rsidP="00C362E5">
            <w:pPr>
              <w:rPr>
                <w:i/>
                <w:color w:val="FF0000"/>
                <w:sz w:val="22"/>
                <w:szCs w:val="32"/>
                <w:lang w:eastAsia="ja-JP"/>
              </w:rPr>
            </w:pPr>
          </w:p>
          <w:p w14:paraId="089DDB85" w14:textId="7B2B196A" w:rsidR="00C362E5" w:rsidRPr="00706E7A" w:rsidRDefault="00A82562" w:rsidP="00C362E5">
            <w:pPr>
              <w:rPr>
                <w:i/>
                <w:color w:val="FF0000"/>
                <w:sz w:val="22"/>
                <w:szCs w:val="32"/>
                <w:lang w:eastAsia="ja-JP"/>
              </w:rPr>
            </w:pPr>
            <w:r w:rsidRPr="00706E7A">
              <w:rPr>
                <w:rFonts w:hint="eastAsia"/>
                <w:i/>
                <w:color w:val="FF0000"/>
                <w:sz w:val="22"/>
                <w:szCs w:val="32"/>
                <w:lang w:eastAsia="ja-JP"/>
              </w:rPr>
              <w:t>⑤</w:t>
            </w:r>
            <w:r w:rsidR="00C362E5" w:rsidRPr="00706E7A">
              <w:rPr>
                <w:i/>
                <w:color w:val="FF0000"/>
                <w:sz w:val="22"/>
                <w:szCs w:val="32"/>
                <w:lang w:eastAsia="ja-JP"/>
              </w:rPr>
              <w:t>総合的な環境・</w:t>
            </w:r>
            <w:r w:rsidR="000754F8">
              <w:rPr>
                <w:rFonts w:hint="eastAsia"/>
                <w:i/>
                <w:color w:val="FF0000"/>
                <w:sz w:val="22"/>
                <w:szCs w:val="32"/>
                <w:lang w:eastAsia="ja-JP"/>
              </w:rPr>
              <w:t>社会配慮</w:t>
            </w:r>
          </w:p>
          <w:p w14:paraId="2AFB3763" w14:textId="4D29B6A7" w:rsidR="00C362E5" w:rsidRPr="00706E7A" w:rsidRDefault="00C362E5" w:rsidP="00C362E5">
            <w:pPr>
              <w:rPr>
                <w:i/>
                <w:color w:val="FF0000"/>
                <w:sz w:val="22"/>
                <w:szCs w:val="32"/>
                <w:lang w:eastAsia="ja-JP"/>
              </w:rPr>
            </w:pPr>
            <w:r w:rsidRPr="00706E7A">
              <w:rPr>
                <w:rFonts w:hint="eastAsia"/>
                <w:i/>
                <w:color w:val="FF0000"/>
                <w:sz w:val="22"/>
                <w:szCs w:val="32"/>
                <w:lang w:eastAsia="ja-JP"/>
              </w:rPr>
              <w:t>プラスチック削減に伴って生じ得る他の環境負荷や社会的影響についても</w:t>
            </w:r>
            <w:r w:rsidR="000754F8">
              <w:rPr>
                <w:rFonts w:hint="eastAsia"/>
                <w:i/>
                <w:color w:val="FF0000"/>
                <w:sz w:val="22"/>
                <w:szCs w:val="32"/>
                <w:lang w:eastAsia="ja-JP"/>
              </w:rPr>
              <w:t>評価します。</w:t>
            </w:r>
          </w:p>
          <w:p w14:paraId="48C05969" w14:textId="52D3809D" w:rsidR="00C362E5" w:rsidRDefault="002F7C0B" w:rsidP="00C362E5">
            <w:pPr>
              <w:rPr>
                <w:i/>
                <w:color w:val="FF0000"/>
                <w:sz w:val="22"/>
                <w:szCs w:val="32"/>
                <w:lang w:eastAsia="ja-JP"/>
              </w:rPr>
            </w:pPr>
            <w:r>
              <w:rPr>
                <w:rFonts w:hint="eastAsia"/>
                <w:i/>
                <w:color w:val="FF0000"/>
                <w:sz w:val="22"/>
                <w:szCs w:val="32"/>
                <w:lang w:eastAsia="ja-JP"/>
              </w:rPr>
              <w:t>リサイクル</w:t>
            </w:r>
            <w:r w:rsidR="00AC5116">
              <w:rPr>
                <w:rFonts w:hint="eastAsia"/>
                <w:i/>
                <w:color w:val="FF0000"/>
                <w:sz w:val="22"/>
                <w:szCs w:val="32"/>
                <w:lang w:eastAsia="ja-JP"/>
              </w:rPr>
              <w:t>への影響</w:t>
            </w:r>
            <w:r>
              <w:rPr>
                <w:rFonts w:hint="eastAsia"/>
                <w:i/>
                <w:color w:val="FF0000"/>
                <w:sz w:val="22"/>
                <w:szCs w:val="32"/>
                <w:lang w:eastAsia="ja-JP"/>
              </w:rPr>
              <w:t>、</w:t>
            </w:r>
            <w:r w:rsidR="00C362E5" w:rsidRPr="00706E7A">
              <w:rPr>
                <w:i/>
                <w:color w:val="FF0000"/>
                <w:sz w:val="22"/>
                <w:szCs w:val="32"/>
                <w:lang w:eastAsia="ja-JP"/>
              </w:rPr>
              <w:t>GHG排出、食品ロス、製品・包装の機能、安全性への影響</w:t>
            </w:r>
            <w:r>
              <w:rPr>
                <w:rFonts w:hint="eastAsia"/>
                <w:i/>
                <w:color w:val="FF0000"/>
                <w:sz w:val="22"/>
                <w:szCs w:val="32"/>
                <w:lang w:eastAsia="ja-JP"/>
              </w:rPr>
              <w:t>等</w:t>
            </w:r>
            <w:r w:rsidR="00C362E5" w:rsidRPr="00706E7A">
              <w:rPr>
                <w:i/>
                <w:color w:val="FF0000"/>
                <w:sz w:val="22"/>
                <w:szCs w:val="32"/>
                <w:lang w:eastAsia="ja-JP"/>
              </w:rPr>
              <w:t>について、配慮している</w:t>
            </w:r>
            <w:r w:rsidR="00C362E5" w:rsidRPr="00706E7A">
              <w:rPr>
                <w:rFonts w:hint="eastAsia"/>
                <w:i/>
                <w:color w:val="FF0000"/>
                <w:sz w:val="22"/>
                <w:szCs w:val="32"/>
                <w:lang w:eastAsia="ja-JP"/>
              </w:rPr>
              <w:t>事項があれば</w:t>
            </w:r>
            <w:r w:rsidR="005166FF">
              <w:rPr>
                <w:rFonts w:hint="eastAsia"/>
                <w:i/>
                <w:color w:val="FF0000"/>
                <w:sz w:val="22"/>
                <w:szCs w:val="32"/>
                <w:lang w:eastAsia="ja-JP"/>
              </w:rPr>
              <w:t>ご記載ください。</w:t>
            </w:r>
          </w:p>
          <w:p w14:paraId="0B37A2EC" w14:textId="77777777" w:rsidR="005166FF" w:rsidRDefault="005166FF" w:rsidP="00C362E5">
            <w:pPr>
              <w:rPr>
                <w:i/>
                <w:color w:val="FF0000"/>
                <w:sz w:val="22"/>
                <w:szCs w:val="32"/>
                <w:lang w:eastAsia="ja-JP"/>
              </w:rPr>
            </w:pPr>
          </w:p>
          <w:p w14:paraId="7590E147" w14:textId="57C7D5C4" w:rsidR="00AF62E3" w:rsidRDefault="00AF62E3" w:rsidP="00C362E5">
            <w:pPr>
              <w:rPr>
                <w:i/>
                <w:color w:val="FF0000"/>
                <w:sz w:val="22"/>
                <w:szCs w:val="32"/>
                <w:lang w:eastAsia="ja-JP"/>
              </w:rPr>
            </w:pPr>
            <w:r>
              <w:rPr>
                <w:rFonts w:hint="eastAsia"/>
                <w:i/>
                <w:color w:val="FF0000"/>
                <w:sz w:val="22"/>
                <w:szCs w:val="32"/>
                <w:lang w:eastAsia="ja-JP"/>
              </w:rPr>
              <w:t>例）</w:t>
            </w:r>
          </w:p>
          <w:p w14:paraId="44BAE1B6" w14:textId="129E7B0F" w:rsidR="00360917" w:rsidRPr="00360917" w:rsidRDefault="00360917" w:rsidP="00C362E5">
            <w:pPr>
              <w:rPr>
                <w:i/>
                <w:color w:val="FF0000"/>
                <w:sz w:val="22"/>
                <w:szCs w:val="32"/>
                <w:lang w:eastAsia="ja-JP"/>
              </w:rPr>
            </w:pPr>
            <w:r w:rsidRPr="00706E7A">
              <w:rPr>
                <w:rFonts w:hint="eastAsia"/>
                <w:i/>
                <w:color w:val="FF0000"/>
                <w:sz w:val="22"/>
                <w:szCs w:val="32"/>
                <w:lang w:eastAsia="ja-JP"/>
              </w:rPr>
              <w:t>・使用後の分別・回収・リサイクルへの配慮</w:t>
            </w:r>
          </w:p>
          <w:p w14:paraId="1632F0E8" w14:textId="3E73A40E" w:rsidR="00C362E5" w:rsidRPr="00706E7A" w:rsidRDefault="005D4438" w:rsidP="00C362E5">
            <w:pPr>
              <w:rPr>
                <w:i/>
                <w:color w:val="FF0000"/>
                <w:sz w:val="22"/>
                <w:szCs w:val="32"/>
                <w:lang w:eastAsia="ja-JP"/>
              </w:rPr>
            </w:pPr>
            <w:r w:rsidRPr="00706E7A">
              <w:rPr>
                <w:rFonts w:hint="eastAsia"/>
                <w:i/>
                <w:color w:val="FF0000"/>
                <w:sz w:val="22"/>
                <w:szCs w:val="32"/>
                <w:lang w:eastAsia="ja-JP"/>
              </w:rPr>
              <w:t>・</w:t>
            </w:r>
            <w:r w:rsidR="00C362E5" w:rsidRPr="00706E7A">
              <w:rPr>
                <w:i/>
                <w:color w:val="FF0000"/>
                <w:sz w:val="22"/>
                <w:szCs w:val="32"/>
                <w:lang w:eastAsia="ja-JP"/>
              </w:rPr>
              <w:t>GHG排出量などライフサイクル全体への環境負荷への配慮</w:t>
            </w:r>
          </w:p>
          <w:p w14:paraId="2109C619" w14:textId="35544244" w:rsidR="00C362E5" w:rsidRPr="00706E7A" w:rsidRDefault="005D4438" w:rsidP="00C362E5">
            <w:pPr>
              <w:rPr>
                <w:i/>
                <w:color w:val="FF0000"/>
                <w:sz w:val="22"/>
                <w:szCs w:val="32"/>
                <w:lang w:eastAsia="ja-JP"/>
              </w:rPr>
            </w:pPr>
            <w:r w:rsidRPr="00706E7A">
              <w:rPr>
                <w:rFonts w:hint="eastAsia"/>
                <w:i/>
                <w:color w:val="FF0000"/>
                <w:sz w:val="22"/>
                <w:szCs w:val="32"/>
                <w:lang w:eastAsia="ja-JP"/>
              </w:rPr>
              <w:t>・</w:t>
            </w:r>
            <w:r w:rsidR="00C362E5" w:rsidRPr="00706E7A">
              <w:rPr>
                <w:rFonts w:hint="eastAsia"/>
                <w:i/>
                <w:color w:val="FF0000"/>
                <w:sz w:val="22"/>
                <w:szCs w:val="32"/>
                <w:lang w:eastAsia="ja-JP"/>
              </w:rPr>
              <w:t>代替素材の調達・廃棄等に伴う環境影響への配慮</w:t>
            </w:r>
          </w:p>
          <w:p w14:paraId="0F01728B" w14:textId="58FF5A2A" w:rsidR="00C362E5" w:rsidRPr="00706E7A" w:rsidRDefault="005D4438" w:rsidP="00C362E5">
            <w:pPr>
              <w:rPr>
                <w:i/>
                <w:color w:val="FF0000"/>
                <w:sz w:val="22"/>
                <w:szCs w:val="32"/>
                <w:lang w:eastAsia="ja-JP"/>
              </w:rPr>
            </w:pPr>
            <w:r w:rsidRPr="00706E7A">
              <w:rPr>
                <w:rFonts w:hint="eastAsia"/>
                <w:i/>
                <w:color w:val="FF0000"/>
                <w:sz w:val="22"/>
                <w:szCs w:val="32"/>
                <w:lang w:eastAsia="ja-JP"/>
              </w:rPr>
              <w:t>・</w:t>
            </w:r>
            <w:r w:rsidR="00C362E5" w:rsidRPr="00706E7A">
              <w:rPr>
                <w:rFonts w:hint="eastAsia"/>
                <w:i/>
                <w:color w:val="FF0000"/>
                <w:sz w:val="22"/>
                <w:szCs w:val="32"/>
                <w:lang w:eastAsia="ja-JP"/>
              </w:rPr>
              <w:t>食品容器包装の場合の食品ロスへの影響</w:t>
            </w:r>
          </w:p>
          <w:p w14:paraId="45940095" w14:textId="050950AF" w:rsidR="00C362E5" w:rsidRPr="00706E7A" w:rsidRDefault="005D4438" w:rsidP="00C362E5">
            <w:pPr>
              <w:rPr>
                <w:i/>
                <w:color w:val="FF0000"/>
                <w:sz w:val="22"/>
                <w:szCs w:val="32"/>
                <w:lang w:eastAsia="ja-JP"/>
              </w:rPr>
            </w:pPr>
            <w:r w:rsidRPr="00706E7A">
              <w:rPr>
                <w:rFonts w:hint="eastAsia"/>
                <w:i/>
                <w:color w:val="FF0000"/>
                <w:sz w:val="22"/>
                <w:szCs w:val="32"/>
                <w:lang w:eastAsia="ja-JP"/>
              </w:rPr>
              <w:t>・</w:t>
            </w:r>
            <w:r w:rsidR="00C362E5" w:rsidRPr="00706E7A">
              <w:rPr>
                <w:rFonts w:hint="eastAsia"/>
                <w:i/>
                <w:color w:val="FF0000"/>
                <w:sz w:val="22"/>
                <w:szCs w:val="32"/>
                <w:lang w:eastAsia="ja-JP"/>
              </w:rPr>
              <w:t>包装・製品本体の機能、安全性、品質等が損なわれていないか</w:t>
            </w:r>
          </w:p>
          <w:p w14:paraId="59E735E9" w14:textId="127E0CE7" w:rsidR="00C362E5" w:rsidRPr="00706E7A" w:rsidRDefault="005D4438" w:rsidP="00C362E5">
            <w:pPr>
              <w:rPr>
                <w:i/>
                <w:color w:val="FF0000"/>
                <w:sz w:val="22"/>
                <w:szCs w:val="32"/>
                <w:lang w:eastAsia="ja-JP"/>
              </w:rPr>
            </w:pPr>
            <w:r w:rsidRPr="00706E7A">
              <w:rPr>
                <w:rFonts w:hint="eastAsia"/>
                <w:i/>
                <w:color w:val="FF0000"/>
                <w:sz w:val="22"/>
                <w:szCs w:val="32"/>
                <w:lang w:eastAsia="ja-JP"/>
              </w:rPr>
              <w:t>・</w:t>
            </w:r>
            <w:r w:rsidR="00C362E5" w:rsidRPr="00706E7A">
              <w:rPr>
                <w:rFonts w:hint="eastAsia"/>
                <w:i/>
                <w:color w:val="FF0000"/>
                <w:sz w:val="22"/>
                <w:szCs w:val="32"/>
                <w:lang w:eastAsia="ja-JP"/>
              </w:rPr>
              <w:t>利用者の利便性や衛生面等への配慮</w:t>
            </w:r>
          </w:p>
          <w:p w14:paraId="160C070F" w14:textId="7C587431" w:rsidR="00C362E5" w:rsidRPr="00706E7A" w:rsidRDefault="005D4438" w:rsidP="00C362E5">
            <w:pPr>
              <w:rPr>
                <w:i/>
                <w:color w:val="FF0000"/>
                <w:sz w:val="22"/>
                <w:szCs w:val="32"/>
                <w:lang w:eastAsia="ja-JP"/>
              </w:rPr>
            </w:pPr>
            <w:r w:rsidRPr="00706E7A">
              <w:rPr>
                <w:rFonts w:hint="eastAsia"/>
                <w:i/>
                <w:color w:val="FF0000"/>
                <w:sz w:val="22"/>
                <w:szCs w:val="32"/>
                <w:lang w:eastAsia="ja-JP"/>
              </w:rPr>
              <w:t>・</w:t>
            </w:r>
            <w:r w:rsidR="00C362E5" w:rsidRPr="00706E7A">
              <w:rPr>
                <w:rFonts w:hint="eastAsia"/>
                <w:i/>
                <w:color w:val="FF0000"/>
                <w:sz w:val="22"/>
                <w:szCs w:val="32"/>
                <w:lang w:eastAsia="ja-JP"/>
              </w:rPr>
              <w:t>想定されるトレードオフを把握し、その低減策を講じているか</w:t>
            </w:r>
          </w:p>
          <w:p w14:paraId="3ABF3A24" w14:textId="77777777" w:rsidR="000E285D" w:rsidRPr="00706E7A" w:rsidRDefault="000E285D">
            <w:pPr>
              <w:rPr>
                <w:rFonts w:hint="eastAsia"/>
                <w:sz w:val="22"/>
                <w:szCs w:val="32"/>
                <w:lang w:eastAsia="ja-JP"/>
              </w:rPr>
            </w:pPr>
          </w:p>
        </w:tc>
      </w:tr>
    </w:tbl>
    <w:p w14:paraId="29B26D8C" w14:textId="77777777" w:rsidR="00EC2AE3" w:rsidRDefault="00EC2AE3">
      <w:pPr>
        <w:spacing w:after="0"/>
        <w:rPr>
          <w:lang w:eastAsia="ja-JP"/>
        </w:rPr>
      </w:pPr>
    </w:p>
    <w:p w14:paraId="3D215F50" w14:textId="65CCD3A9" w:rsidR="00EC2AE3" w:rsidRDefault="000B03CA">
      <w:pPr>
        <w:keepNext/>
        <w:spacing w:before="180" w:after="80"/>
      </w:pPr>
      <w:r>
        <w:rPr>
          <w:rFonts w:hint="eastAsia"/>
          <w:b/>
          <w:sz w:val="24"/>
          <w:lang w:eastAsia="ja-JP"/>
        </w:rPr>
        <w:t>４</w:t>
      </w:r>
      <w:r w:rsidR="00F34F28">
        <w:rPr>
          <w:b/>
          <w:sz w:val="24"/>
        </w:rPr>
        <w:t>．</w:t>
      </w:r>
      <w:proofErr w:type="spellStart"/>
      <w:r w:rsidR="00F34F28">
        <w:rPr>
          <w:b/>
          <w:sz w:val="24"/>
        </w:rPr>
        <w:t>課題と今後の展望</w:t>
      </w:r>
      <w:proofErr w:type="spellEnd"/>
    </w:p>
    <w:tbl>
      <w:tblPr>
        <w:tblStyle w:val="afe"/>
        <w:tblW w:w="0" w:type="auto"/>
        <w:jc w:val="center"/>
        <w:tblLayout w:type="fixed"/>
        <w:tblLook w:val="04A0" w:firstRow="1" w:lastRow="0" w:firstColumn="1" w:lastColumn="0" w:noHBand="0" w:noVBand="1"/>
      </w:tblPr>
      <w:tblGrid>
        <w:gridCol w:w="9638"/>
      </w:tblGrid>
      <w:tr w:rsidR="00EC2AE3" w14:paraId="25CE6A69" w14:textId="77777777">
        <w:trPr>
          <w:jc w:val="center"/>
        </w:trPr>
        <w:tc>
          <w:tcPr>
            <w:tcW w:w="9638" w:type="dxa"/>
            <w:shd w:val="clear" w:color="auto" w:fill="D9E2F3"/>
            <w:tcMar>
              <w:top w:w="80" w:type="dxa"/>
              <w:left w:w="90" w:type="dxa"/>
              <w:bottom w:w="80" w:type="dxa"/>
              <w:right w:w="90" w:type="dxa"/>
            </w:tcMar>
            <w:vAlign w:val="center"/>
          </w:tcPr>
          <w:p w14:paraId="44525688" w14:textId="77777777" w:rsidR="00EC2AE3" w:rsidRDefault="00F34F28">
            <w:r>
              <w:rPr>
                <w:b/>
              </w:rPr>
              <w:t xml:space="preserve">① </w:t>
            </w:r>
            <w:proofErr w:type="spellStart"/>
            <w:r>
              <w:rPr>
                <w:b/>
              </w:rPr>
              <w:t>取組上の課題</w:t>
            </w:r>
            <w:proofErr w:type="spellEnd"/>
          </w:p>
        </w:tc>
      </w:tr>
      <w:tr w:rsidR="00EC2AE3" w14:paraId="23A5B3FC" w14:textId="77777777">
        <w:trPr>
          <w:jc w:val="center"/>
        </w:trPr>
        <w:tc>
          <w:tcPr>
            <w:tcW w:w="9638" w:type="dxa"/>
            <w:tcMar>
              <w:top w:w="80" w:type="dxa"/>
              <w:left w:w="90" w:type="dxa"/>
              <w:bottom w:w="80" w:type="dxa"/>
              <w:right w:w="90" w:type="dxa"/>
            </w:tcMar>
            <w:vAlign w:val="center"/>
          </w:tcPr>
          <w:p w14:paraId="7E870893" w14:textId="6F3AE619" w:rsidR="00B730D2" w:rsidRPr="00623FA5" w:rsidRDefault="00F34F28">
            <w:pPr>
              <w:rPr>
                <w:i/>
                <w:color w:val="FF0000"/>
                <w:sz w:val="24"/>
                <w:szCs w:val="28"/>
                <w:lang w:eastAsia="ja-JP"/>
              </w:rPr>
            </w:pPr>
            <w:r w:rsidRPr="00CC630B">
              <w:rPr>
                <w:i/>
                <w:color w:val="FF0000"/>
                <w:szCs w:val="28"/>
                <w:lang w:eastAsia="ja-JP"/>
              </w:rPr>
              <w:t>取組を進める中で直面した課題、現在も残っている課題を記載してください。</w:t>
            </w:r>
            <w:r w:rsidRPr="00CC630B">
              <w:rPr>
                <w:i/>
                <w:color w:val="FF0000"/>
                <w:szCs w:val="28"/>
                <w:lang w:eastAsia="ja-JP"/>
              </w:rPr>
              <w:br/>
              <w:t>（記載例・観点）</w:t>
            </w:r>
            <w:r w:rsidRPr="00CC630B">
              <w:rPr>
                <w:i/>
                <w:color w:val="FF0000"/>
                <w:szCs w:val="28"/>
                <w:lang w:eastAsia="ja-JP"/>
              </w:rPr>
              <w:br/>
              <w:t>コスト増、店舗オペレーションへの影響、消費者理解、代替素材の調達、再生材の品質・供給等</w:t>
            </w:r>
            <w:r w:rsidRPr="00623FA5">
              <w:rPr>
                <w:i/>
                <w:color w:val="FF0000"/>
                <w:szCs w:val="28"/>
                <w:lang w:eastAsia="ja-JP"/>
              </w:rPr>
              <w:t>。</w:t>
            </w:r>
          </w:p>
          <w:p w14:paraId="227AC105" w14:textId="2EF077CC" w:rsidR="00EC2AE3" w:rsidRPr="005166FF" w:rsidRDefault="00623FA5" w:rsidP="005166FF">
            <w:pPr>
              <w:pStyle w:val="ae"/>
              <w:numPr>
                <w:ilvl w:val="0"/>
                <w:numId w:val="12"/>
              </w:numPr>
              <w:rPr>
                <w:i/>
                <w:color w:val="FF0000"/>
                <w:lang w:eastAsia="ja-JP"/>
              </w:rPr>
            </w:pPr>
            <w:r w:rsidRPr="005166FF">
              <w:rPr>
                <w:i/>
                <w:color w:val="FF0000"/>
                <w:lang w:eastAsia="ja-JP"/>
              </w:rPr>
              <w:t>今後の政策</w:t>
            </w:r>
            <w:r w:rsidRPr="005166FF">
              <w:rPr>
                <w:rFonts w:hint="eastAsia"/>
                <w:i/>
                <w:color w:val="FF0000"/>
                <w:lang w:eastAsia="ja-JP"/>
              </w:rPr>
              <w:t>検討</w:t>
            </w:r>
            <w:r w:rsidRPr="005166FF">
              <w:rPr>
                <w:i/>
                <w:color w:val="FF0000"/>
                <w:lang w:eastAsia="ja-JP"/>
              </w:rPr>
              <w:t>の参考とさせていただきます</w:t>
            </w:r>
            <w:r w:rsidRPr="005166FF">
              <w:rPr>
                <w:rFonts w:hint="eastAsia"/>
                <w:i/>
                <w:color w:val="FF0000"/>
                <w:lang w:eastAsia="ja-JP"/>
              </w:rPr>
              <w:t>。</w:t>
            </w:r>
          </w:p>
          <w:p w14:paraId="5A4BA92B" w14:textId="77777777" w:rsidR="00EC2AE3" w:rsidRDefault="00EC2AE3">
            <w:pPr>
              <w:rPr>
                <w:lang w:eastAsia="ja-JP"/>
              </w:rPr>
            </w:pPr>
          </w:p>
        </w:tc>
      </w:tr>
    </w:tbl>
    <w:p w14:paraId="26F68A76" w14:textId="77777777" w:rsidR="00EC2AE3" w:rsidRDefault="00EC2AE3">
      <w:pPr>
        <w:spacing w:after="0"/>
        <w:rPr>
          <w:lang w:eastAsia="ja-JP"/>
        </w:rPr>
      </w:pPr>
    </w:p>
    <w:tbl>
      <w:tblPr>
        <w:tblStyle w:val="afe"/>
        <w:tblW w:w="0" w:type="auto"/>
        <w:jc w:val="center"/>
        <w:tblLayout w:type="fixed"/>
        <w:tblLook w:val="04A0" w:firstRow="1" w:lastRow="0" w:firstColumn="1" w:lastColumn="0" w:noHBand="0" w:noVBand="1"/>
      </w:tblPr>
      <w:tblGrid>
        <w:gridCol w:w="9638"/>
      </w:tblGrid>
      <w:tr w:rsidR="00EC2AE3" w14:paraId="0E8A9770" w14:textId="77777777">
        <w:trPr>
          <w:jc w:val="center"/>
        </w:trPr>
        <w:tc>
          <w:tcPr>
            <w:tcW w:w="9638" w:type="dxa"/>
            <w:shd w:val="clear" w:color="auto" w:fill="D9E2F3"/>
            <w:tcMar>
              <w:top w:w="80" w:type="dxa"/>
              <w:left w:w="90" w:type="dxa"/>
              <w:bottom w:w="80" w:type="dxa"/>
              <w:right w:w="90" w:type="dxa"/>
            </w:tcMar>
            <w:vAlign w:val="center"/>
          </w:tcPr>
          <w:p w14:paraId="5B2AA862" w14:textId="77777777" w:rsidR="00EC2AE3" w:rsidRDefault="00F34F28">
            <w:r>
              <w:rPr>
                <w:b/>
              </w:rPr>
              <w:t xml:space="preserve">② </w:t>
            </w:r>
            <w:proofErr w:type="spellStart"/>
            <w:r>
              <w:rPr>
                <w:b/>
              </w:rPr>
              <w:t>今後の展望</w:t>
            </w:r>
            <w:proofErr w:type="spellEnd"/>
          </w:p>
        </w:tc>
      </w:tr>
      <w:tr w:rsidR="00EC2AE3" w14:paraId="1B36DBE5" w14:textId="77777777">
        <w:trPr>
          <w:jc w:val="center"/>
        </w:trPr>
        <w:tc>
          <w:tcPr>
            <w:tcW w:w="9638" w:type="dxa"/>
            <w:tcMar>
              <w:top w:w="80" w:type="dxa"/>
              <w:left w:w="90" w:type="dxa"/>
              <w:bottom w:w="80" w:type="dxa"/>
              <w:right w:w="90" w:type="dxa"/>
            </w:tcMar>
            <w:vAlign w:val="center"/>
          </w:tcPr>
          <w:p w14:paraId="75E06360" w14:textId="77777777" w:rsidR="00EC2AE3" w:rsidRPr="00CC630B" w:rsidRDefault="00F34F28">
            <w:pPr>
              <w:rPr>
                <w:sz w:val="24"/>
                <w:szCs w:val="28"/>
                <w:lang w:eastAsia="ja-JP"/>
              </w:rPr>
            </w:pPr>
            <w:r w:rsidRPr="00CC630B">
              <w:rPr>
                <w:i/>
                <w:color w:val="FF0000"/>
                <w:szCs w:val="28"/>
                <w:lang w:eastAsia="ja-JP"/>
              </w:rPr>
              <w:lastRenderedPageBreak/>
              <w:t>取組の拡大、改善、目標、他拠点・他事業への展開等、今後の方向性を記載してください。</w:t>
            </w:r>
          </w:p>
          <w:p w14:paraId="3C5142DA" w14:textId="77777777" w:rsidR="00EC2AE3" w:rsidRDefault="00EC2AE3">
            <w:pPr>
              <w:rPr>
                <w:lang w:eastAsia="ja-JP"/>
              </w:rPr>
            </w:pPr>
          </w:p>
          <w:p w14:paraId="147E6B1B" w14:textId="77777777" w:rsidR="00EC2AE3" w:rsidRDefault="00EC2AE3">
            <w:pPr>
              <w:rPr>
                <w:lang w:eastAsia="ja-JP"/>
              </w:rPr>
            </w:pPr>
          </w:p>
          <w:p w14:paraId="307CE906" w14:textId="77777777" w:rsidR="00EC2AE3" w:rsidRDefault="00EC2AE3">
            <w:pPr>
              <w:rPr>
                <w:lang w:eastAsia="ja-JP"/>
              </w:rPr>
            </w:pPr>
          </w:p>
          <w:p w14:paraId="430468D7" w14:textId="77777777" w:rsidR="00EC2AE3" w:rsidRDefault="00EC2AE3">
            <w:pPr>
              <w:rPr>
                <w:lang w:eastAsia="ja-JP"/>
              </w:rPr>
            </w:pPr>
          </w:p>
        </w:tc>
      </w:tr>
    </w:tbl>
    <w:p w14:paraId="306A25F0" w14:textId="42338A7E" w:rsidR="00EC2AE3" w:rsidRDefault="00F5091F">
      <w:pPr>
        <w:keepNext/>
        <w:spacing w:before="180" w:after="80"/>
        <w:rPr>
          <w:lang w:eastAsia="ja-JP"/>
        </w:rPr>
      </w:pPr>
      <w:r>
        <w:rPr>
          <w:rFonts w:hint="eastAsia"/>
          <w:b/>
          <w:sz w:val="24"/>
          <w:lang w:eastAsia="ja-JP"/>
        </w:rPr>
        <w:t>５</w:t>
      </w:r>
      <w:r w:rsidR="00F34F28">
        <w:rPr>
          <w:b/>
          <w:sz w:val="24"/>
          <w:lang w:eastAsia="ja-JP"/>
        </w:rPr>
        <w:t>．ウェブサイト掲載等に関する確認</w:t>
      </w:r>
    </w:p>
    <w:tbl>
      <w:tblPr>
        <w:tblStyle w:val="afe"/>
        <w:tblW w:w="0" w:type="auto"/>
        <w:jc w:val="center"/>
        <w:tblLayout w:type="fixed"/>
        <w:tblLook w:val="04A0" w:firstRow="1" w:lastRow="0" w:firstColumn="1" w:lastColumn="0" w:noHBand="0" w:noVBand="1"/>
      </w:tblPr>
      <w:tblGrid>
        <w:gridCol w:w="7654"/>
        <w:gridCol w:w="1984"/>
      </w:tblGrid>
      <w:tr w:rsidR="00EC2AE3" w14:paraId="151B2EDF" w14:textId="77777777">
        <w:trPr>
          <w:jc w:val="center"/>
        </w:trPr>
        <w:tc>
          <w:tcPr>
            <w:tcW w:w="7654" w:type="dxa"/>
            <w:shd w:val="clear" w:color="auto" w:fill="D9E2F3"/>
            <w:tcMar>
              <w:top w:w="80" w:type="dxa"/>
              <w:left w:w="90" w:type="dxa"/>
              <w:bottom w:w="80" w:type="dxa"/>
              <w:right w:w="90" w:type="dxa"/>
            </w:tcMar>
            <w:vAlign w:val="center"/>
          </w:tcPr>
          <w:p w14:paraId="733E410D" w14:textId="77777777" w:rsidR="00EC2AE3" w:rsidRDefault="00F34F28">
            <w:proofErr w:type="spellStart"/>
            <w:r>
              <w:rPr>
                <w:b/>
              </w:rPr>
              <w:t>確認事項</w:t>
            </w:r>
            <w:proofErr w:type="spellEnd"/>
          </w:p>
        </w:tc>
        <w:tc>
          <w:tcPr>
            <w:tcW w:w="1984" w:type="dxa"/>
            <w:shd w:val="clear" w:color="auto" w:fill="D9E2F3"/>
            <w:tcMar>
              <w:top w:w="80" w:type="dxa"/>
              <w:left w:w="90" w:type="dxa"/>
              <w:bottom w:w="80" w:type="dxa"/>
              <w:right w:w="90" w:type="dxa"/>
            </w:tcMar>
            <w:vAlign w:val="center"/>
          </w:tcPr>
          <w:p w14:paraId="365279E6" w14:textId="77777777" w:rsidR="00EC2AE3" w:rsidRDefault="00F34F28">
            <w:proofErr w:type="spellStart"/>
            <w:r>
              <w:rPr>
                <w:b/>
              </w:rPr>
              <w:t>確認欄</w:t>
            </w:r>
            <w:proofErr w:type="spellEnd"/>
          </w:p>
        </w:tc>
      </w:tr>
      <w:tr w:rsidR="00EC2AE3" w14:paraId="445923E7" w14:textId="77777777">
        <w:trPr>
          <w:jc w:val="center"/>
        </w:trPr>
        <w:tc>
          <w:tcPr>
            <w:tcW w:w="7654" w:type="dxa"/>
            <w:tcMar>
              <w:top w:w="80" w:type="dxa"/>
              <w:left w:w="90" w:type="dxa"/>
              <w:bottom w:w="80" w:type="dxa"/>
              <w:right w:w="90" w:type="dxa"/>
            </w:tcMar>
            <w:vAlign w:val="center"/>
          </w:tcPr>
          <w:p w14:paraId="4EE1CAF9" w14:textId="77777777" w:rsidR="00EC2AE3" w:rsidRDefault="00F34F28">
            <w:pPr>
              <w:rPr>
                <w:lang w:eastAsia="ja-JP"/>
              </w:rPr>
            </w:pPr>
            <w:r>
              <w:rPr>
                <w:sz w:val="19"/>
                <w:lang w:eastAsia="ja-JP"/>
              </w:rPr>
              <w:t>応募内容について、事実関係を確認し、必要な社内承認を得ています。</w:t>
            </w:r>
          </w:p>
        </w:tc>
        <w:tc>
          <w:tcPr>
            <w:tcW w:w="1984" w:type="dxa"/>
            <w:tcMar>
              <w:top w:w="80" w:type="dxa"/>
              <w:left w:w="90" w:type="dxa"/>
              <w:bottom w:w="80" w:type="dxa"/>
              <w:right w:w="90" w:type="dxa"/>
            </w:tcMar>
            <w:vAlign w:val="center"/>
          </w:tcPr>
          <w:p w14:paraId="47348182" w14:textId="77777777" w:rsidR="00EC2AE3" w:rsidRDefault="00F34F28">
            <w:pPr>
              <w:jc w:val="center"/>
            </w:pPr>
            <w:r>
              <w:rPr>
                <w:sz w:val="28"/>
              </w:rPr>
              <w:t>□</w:t>
            </w:r>
          </w:p>
        </w:tc>
      </w:tr>
      <w:tr w:rsidR="00EC2AE3" w14:paraId="7BB4479B" w14:textId="77777777">
        <w:trPr>
          <w:jc w:val="center"/>
        </w:trPr>
        <w:tc>
          <w:tcPr>
            <w:tcW w:w="7654" w:type="dxa"/>
            <w:tcMar>
              <w:top w:w="80" w:type="dxa"/>
              <w:left w:w="90" w:type="dxa"/>
              <w:bottom w:w="80" w:type="dxa"/>
              <w:right w:w="90" w:type="dxa"/>
            </w:tcMar>
            <w:vAlign w:val="center"/>
          </w:tcPr>
          <w:p w14:paraId="2AC3404B" w14:textId="7EBCAD58" w:rsidR="00EC2AE3" w:rsidRDefault="00F34F28">
            <w:pPr>
              <w:rPr>
                <w:lang w:eastAsia="ja-JP"/>
              </w:rPr>
            </w:pPr>
            <w:r>
              <w:rPr>
                <w:sz w:val="19"/>
                <w:lang w:eastAsia="ja-JP"/>
              </w:rPr>
              <w:t>写真、図表、ロゴ、第三者のコメント等について、環境省ウェブサイト等への掲載に必要な権利処理を</w:t>
            </w:r>
            <w:r w:rsidR="00794F4B">
              <w:rPr>
                <w:rFonts w:hint="eastAsia"/>
                <w:sz w:val="19"/>
                <w:lang w:eastAsia="ja-JP"/>
              </w:rPr>
              <w:t>行います。</w:t>
            </w:r>
          </w:p>
        </w:tc>
        <w:tc>
          <w:tcPr>
            <w:tcW w:w="1984" w:type="dxa"/>
            <w:tcMar>
              <w:top w:w="80" w:type="dxa"/>
              <w:left w:w="90" w:type="dxa"/>
              <w:bottom w:w="80" w:type="dxa"/>
              <w:right w:w="90" w:type="dxa"/>
            </w:tcMar>
            <w:vAlign w:val="center"/>
          </w:tcPr>
          <w:p w14:paraId="1F863BE3" w14:textId="77777777" w:rsidR="00EC2AE3" w:rsidRDefault="00F34F28">
            <w:pPr>
              <w:jc w:val="center"/>
            </w:pPr>
            <w:r>
              <w:rPr>
                <w:sz w:val="28"/>
              </w:rPr>
              <w:t>□</w:t>
            </w:r>
          </w:p>
        </w:tc>
      </w:tr>
      <w:tr w:rsidR="00EC2AE3" w14:paraId="01BF9E75" w14:textId="77777777">
        <w:trPr>
          <w:jc w:val="center"/>
        </w:trPr>
        <w:tc>
          <w:tcPr>
            <w:tcW w:w="7654" w:type="dxa"/>
            <w:tcMar>
              <w:top w:w="80" w:type="dxa"/>
              <w:left w:w="90" w:type="dxa"/>
              <w:bottom w:w="80" w:type="dxa"/>
              <w:right w:w="90" w:type="dxa"/>
            </w:tcMar>
            <w:vAlign w:val="center"/>
          </w:tcPr>
          <w:p w14:paraId="4E2C04D6" w14:textId="3B787649" w:rsidR="00EC2AE3" w:rsidRDefault="00F34F28">
            <w:pPr>
              <w:rPr>
                <w:lang w:eastAsia="ja-JP"/>
              </w:rPr>
            </w:pPr>
            <w:r>
              <w:rPr>
                <w:sz w:val="19"/>
                <w:lang w:eastAsia="ja-JP"/>
              </w:rPr>
              <w:t>選定後、環境省が行う追加確認・ヒアリング及び掲載原稿の確認に協力します。</w:t>
            </w:r>
          </w:p>
        </w:tc>
        <w:tc>
          <w:tcPr>
            <w:tcW w:w="1984" w:type="dxa"/>
            <w:tcMar>
              <w:top w:w="80" w:type="dxa"/>
              <w:left w:w="90" w:type="dxa"/>
              <w:bottom w:w="80" w:type="dxa"/>
              <w:right w:w="90" w:type="dxa"/>
            </w:tcMar>
            <w:vAlign w:val="center"/>
          </w:tcPr>
          <w:p w14:paraId="09C26594" w14:textId="77777777" w:rsidR="00EC2AE3" w:rsidRDefault="00F34F28">
            <w:pPr>
              <w:jc w:val="center"/>
            </w:pPr>
            <w:r>
              <w:rPr>
                <w:sz w:val="28"/>
              </w:rPr>
              <w:t>□</w:t>
            </w:r>
          </w:p>
        </w:tc>
      </w:tr>
    </w:tbl>
    <w:p w14:paraId="142D3EC3" w14:textId="19C34675" w:rsidR="00EC2AE3" w:rsidRDefault="00F5091F">
      <w:pPr>
        <w:keepNext/>
        <w:spacing w:before="180" w:after="80"/>
      </w:pPr>
      <w:r>
        <w:rPr>
          <w:rFonts w:hint="eastAsia"/>
          <w:b/>
          <w:sz w:val="24"/>
          <w:lang w:eastAsia="ja-JP"/>
        </w:rPr>
        <w:t>６</w:t>
      </w:r>
      <w:r w:rsidR="00F34F28">
        <w:rPr>
          <w:b/>
          <w:sz w:val="24"/>
        </w:rPr>
        <w:t>．</w:t>
      </w:r>
      <w:proofErr w:type="spellStart"/>
      <w:r w:rsidR="00F34F28">
        <w:rPr>
          <w:b/>
          <w:sz w:val="24"/>
        </w:rPr>
        <w:t>添付資料</w:t>
      </w:r>
      <w:proofErr w:type="spellEnd"/>
    </w:p>
    <w:tbl>
      <w:tblPr>
        <w:tblStyle w:val="afe"/>
        <w:tblW w:w="0" w:type="auto"/>
        <w:jc w:val="center"/>
        <w:tblLayout w:type="fixed"/>
        <w:tblLook w:val="04A0" w:firstRow="1" w:lastRow="0" w:firstColumn="1" w:lastColumn="0" w:noHBand="0" w:noVBand="1"/>
      </w:tblPr>
      <w:tblGrid>
        <w:gridCol w:w="7654"/>
        <w:gridCol w:w="1984"/>
      </w:tblGrid>
      <w:tr w:rsidR="00EC2AE3" w14:paraId="67A5AF3D" w14:textId="77777777">
        <w:trPr>
          <w:jc w:val="center"/>
        </w:trPr>
        <w:tc>
          <w:tcPr>
            <w:tcW w:w="7654" w:type="dxa"/>
            <w:shd w:val="clear" w:color="auto" w:fill="D9E2F3"/>
            <w:tcMar>
              <w:top w:w="80" w:type="dxa"/>
              <w:left w:w="90" w:type="dxa"/>
              <w:bottom w:w="80" w:type="dxa"/>
              <w:right w:w="90" w:type="dxa"/>
            </w:tcMar>
            <w:vAlign w:val="center"/>
          </w:tcPr>
          <w:p w14:paraId="26CD7697" w14:textId="77777777" w:rsidR="00EC2AE3" w:rsidRDefault="00F34F28">
            <w:proofErr w:type="spellStart"/>
            <w:r>
              <w:rPr>
                <w:b/>
              </w:rPr>
              <w:t>資料名</w:t>
            </w:r>
            <w:proofErr w:type="spellEnd"/>
          </w:p>
        </w:tc>
        <w:tc>
          <w:tcPr>
            <w:tcW w:w="1984" w:type="dxa"/>
            <w:shd w:val="clear" w:color="auto" w:fill="D9E2F3"/>
            <w:tcMar>
              <w:top w:w="80" w:type="dxa"/>
              <w:left w:w="90" w:type="dxa"/>
              <w:bottom w:w="80" w:type="dxa"/>
              <w:right w:w="90" w:type="dxa"/>
            </w:tcMar>
            <w:vAlign w:val="center"/>
          </w:tcPr>
          <w:p w14:paraId="334B37BA" w14:textId="77777777" w:rsidR="00EC2AE3" w:rsidRDefault="00F34F28">
            <w:proofErr w:type="spellStart"/>
            <w:r>
              <w:rPr>
                <w:b/>
              </w:rPr>
              <w:t>有無</w:t>
            </w:r>
            <w:proofErr w:type="spellEnd"/>
          </w:p>
        </w:tc>
      </w:tr>
      <w:tr w:rsidR="00EC2AE3" w14:paraId="0C552BAA" w14:textId="77777777">
        <w:trPr>
          <w:jc w:val="center"/>
        </w:trPr>
        <w:tc>
          <w:tcPr>
            <w:tcW w:w="7654" w:type="dxa"/>
            <w:tcMar>
              <w:top w:w="80" w:type="dxa"/>
              <w:left w:w="90" w:type="dxa"/>
              <w:bottom w:w="80" w:type="dxa"/>
              <w:right w:w="90" w:type="dxa"/>
            </w:tcMar>
            <w:vAlign w:val="center"/>
          </w:tcPr>
          <w:p w14:paraId="5A409ABD" w14:textId="6D5C9B7B" w:rsidR="00EC2AE3" w:rsidRDefault="00F34F28">
            <w:pPr>
              <w:rPr>
                <w:lang w:eastAsia="ja-JP"/>
              </w:rPr>
            </w:pPr>
            <w:r>
              <w:rPr>
                <w:sz w:val="19"/>
                <w:lang w:eastAsia="ja-JP"/>
              </w:rPr>
              <w:t>定量的成果の</w:t>
            </w:r>
            <w:r w:rsidR="005455A5">
              <w:rPr>
                <w:rFonts w:hint="eastAsia"/>
                <w:sz w:val="19"/>
                <w:lang w:eastAsia="ja-JP"/>
              </w:rPr>
              <w:t>根拠資料</w:t>
            </w:r>
          </w:p>
        </w:tc>
        <w:tc>
          <w:tcPr>
            <w:tcW w:w="1984" w:type="dxa"/>
            <w:tcMar>
              <w:top w:w="80" w:type="dxa"/>
              <w:left w:w="90" w:type="dxa"/>
              <w:bottom w:w="80" w:type="dxa"/>
              <w:right w:w="90" w:type="dxa"/>
            </w:tcMar>
            <w:vAlign w:val="center"/>
          </w:tcPr>
          <w:p w14:paraId="7B7D2DDB" w14:textId="77777777" w:rsidR="00EC2AE3" w:rsidRDefault="00F34F28">
            <w:pPr>
              <w:jc w:val="center"/>
            </w:pPr>
            <w:r>
              <w:rPr>
                <w:sz w:val="19"/>
              </w:rPr>
              <w:t>□ 有　□ 無</w:t>
            </w:r>
          </w:p>
        </w:tc>
      </w:tr>
      <w:tr w:rsidR="00EC2AE3" w14:paraId="15D295BC" w14:textId="77777777">
        <w:trPr>
          <w:jc w:val="center"/>
        </w:trPr>
        <w:tc>
          <w:tcPr>
            <w:tcW w:w="7654" w:type="dxa"/>
            <w:tcMar>
              <w:top w:w="80" w:type="dxa"/>
              <w:left w:w="90" w:type="dxa"/>
              <w:bottom w:w="80" w:type="dxa"/>
              <w:right w:w="90" w:type="dxa"/>
            </w:tcMar>
            <w:vAlign w:val="center"/>
          </w:tcPr>
          <w:p w14:paraId="3A78CB09" w14:textId="77777777" w:rsidR="00EC2AE3" w:rsidRDefault="00F34F28">
            <w:pPr>
              <w:rPr>
                <w:lang w:eastAsia="ja-JP"/>
              </w:rPr>
            </w:pPr>
            <w:r>
              <w:rPr>
                <w:sz w:val="19"/>
                <w:lang w:eastAsia="ja-JP"/>
              </w:rPr>
              <w:t>取組内容が分かるパンフレット・ウェブページ等</w:t>
            </w:r>
          </w:p>
        </w:tc>
        <w:tc>
          <w:tcPr>
            <w:tcW w:w="1984" w:type="dxa"/>
            <w:tcMar>
              <w:top w:w="80" w:type="dxa"/>
              <w:left w:w="90" w:type="dxa"/>
              <w:bottom w:w="80" w:type="dxa"/>
              <w:right w:w="90" w:type="dxa"/>
            </w:tcMar>
            <w:vAlign w:val="center"/>
          </w:tcPr>
          <w:p w14:paraId="4711ED8A" w14:textId="77777777" w:rsidR="00EC2AE3" w:rsidRDefault="00F34F28">
            <w:pPr>
              <w:jc w:val="center"/>
            </w:pPr>
            <w:r>
              <w:rPr>
                <w:sz w:val="19"/>
              </w:rPr>
              <w:t>□ 有　□ 無</w:t>
            </w:r>
          </w:p>
        </w:tc>
      </w:tr>
      <w:tr w:rsidR="00EC2AE3" w14:paraId="3B90EA0D" w14:textId="77777777">
        <w:trPr>
          <w:jc w:val="center"/>
        </w:trPr>
        <w:tc>
          <w:tcPr>
            <w:tcW w:w="7654" w:type="dxa"/>
            <w:tcMar>
              <w:top w:w="80" w:type="dxa"/>
              <w:left w:w="90" w:type="dxa"/>
              <w:bottom w:w="80" w:type="dxa"/>
              <w:right w:w="90" w:type="dxa"/>
            </w:tcMar>
            <w:vAlign w:val="center"/>
          </w:tcPr>
          <w:p w14:paraId="4AC71587" w14:textId="77777777" w:rsidR="00EC2AE3" w:rsidRDefault="00F34F28">
            <w:proofErr w:type="spellStart"/>
            <w:r>
              <w:rPr>
                <w:sz w:val="19"/>
              </w:rPr>
              <w:t>写真・図表データ</w:t>
            </w:r>
            <w:proofErr w:type="spellEnd"/>
          </w:p>
        </w:tc>
        <w:tc>
          <w:tcPr>
            <w:tcW w:w="1984" w:type="dxa"/>
            <w:tcMar>
              <w:top w:w="80" w:type="dxa"/>
              <w:left w:w="90" w:type="dxa"/>
              <w:bottom w:w="80" w:type="dxa"/>
              <w:right w:w="90" w:type="dxa"/>
            </w:tcMar>
            <w:vAlign w:val="center"/>
          </w:tcPr>
          <w:p w14:paraId="5291B9C7" w14:textId="77777777" w:rsidR="00EC2AE3" w:rsidRDefault="00F34F28">
            <w:pPr>
              <w:jc w:val="center"/>
            </w:pPr>
            <w:r>
              <w:rPr>
                <w:sz w:val="19"/>
              </w:rPr>
              <w:t>□ 有　□ 無</w:t>
            </w:r>
          </w:p>
        </w:tc>
      </w:tr>
      <w:tr w:rsidR="00EC2AE3" w14:paraId="5F637964" w14:textId="77777777">
        <w:trPr>
          <w:jc w:val="center"/>
        </w:trPr>
        <w:tc>
          <w:tcPr>
            <w:tcW w:w="7654" w:type="dxa"/>
            <w:tcMar>
              <w:top w:w="80" w:type="dxa"/>
              <w:left w:w="90" w:type="dxa"/>
              <w:bottom w:w="80" w:type="dxa"/>
              <w:right w:w="90" w:type="dxa"/>
            </w:tcMar>
            <w:vAlign w:val="center"/>
          </w:tcPr>
          <w:p w14:paraId="416FB7A2" w14:textId="77777777" w:rsidR="00EC2AE3" w:rsidRDefault="00F34F28">
            <w:pPr>
              <w:rPr>
                <w:lang w:eastAsia="ja-JP"/>
              </w:rPr>
            </w:pPr>
            <w:r>
              <w:rPr>
                <w:sz w:val="19"/>
                <w:lang w:eastAsia="ja-JP"/>
              </w:rPr>
              <w:t>その他（　　　　　　　　　　　　　　　）</w:t>
            </w:r>
          </w:p>
        </w:tc>
        <w:tc>
          <w:tcPr>
            <w:tcW w:w="1984" w:type="dxa"/>
            <w:tcMar>
              <w:top w:w="80" w:type="dxa"/>
              <w:left w:w="90" w:type="dxa"/>
              <w:bottom w:w="80" w:type="dxa"/>
              <w:right w:w="90" w:type="dxa"/>
            </w:tcMar>
            <w:vAlign w:val="center"/>
          </w:tcPr>
          <w:p w14:paraId="75E4A38E" w14:textId="77777777" w:rsidR="00EC2AE3" w:rsidRDefault="00F34F28">
            <w:pPr>
              <w:jc w:val="center"/>
            </w:pPr>
            <w:r>
              <w:rPr>
                <w:sz w:val="19"/>
              </w:rPr>
              <w:t>□ 有　□ 無</w:t>
            </w:r>
          </w:p>
        </w:tc>
      </w:tr>
    </w:tbl>
    <w:p w14:paraId="68F70A8D" w14:textId="77777777" w:rsidR="00F5091F" w:rsidRDefault="00F5091F">
      <w:pPr>
        <w:spacing w:before="200"/>
        <w:rPr>
          <w:b/>
          <w:lang w:eastAsia="ja-JP"/>
        </w:rPr>
      </w:pPr>
    </w:p>
    <w:p w14:paraId="3C6DC94E" w14:textId="77777777" w:rsidR="00F5091F" w:rsidRDefault="00F34F28">
      <w:pPr>
        <w:spacing w:before="200"/>
        <w:rPr>
          <w:b/>
          <w:lang w:eastAsia="ja-JP"/>
        </w:rPr>
      </w:pPr>
      <w:r>
        <w:rPr>
          <w:b/>
          <w:lang w:eastAsia="ja-JP"/>
        </w:rPr>
        <w:t>【提出先】</w:t>
      </w:r>
    </w:p>
    <w:p w14:paraId="13874685" w14:textId="5AD0923F" w:rsidR="00F5091F" w:rsidRDefault="00F34F28">
      <w:pPr>
        <w:spacing w:before="200"/>
        <w:rPr>
          <w:sz w:val="22"/>
          <w:szCs w:val="32"/>
          <w:lang w:eastAsia="ja-JP"/>
        </w:rPr>
      </w:pPr>
      <w:r w:rsidRPr="00F5091F">
        <w:rPr>
          <w:sz w:val="22"/>
          <w:szCs w:val="32"/>
          <w:lang w:eastAsia="ja-JP"/>
        </w:rPr>
        <w:t>環境省 環境再生・資源循環局 資源循環課 容器包装・プラスチック資源循環室 リデュース</w:t>
      </w:r>
      <w:r w:rsidR="00AC0882" w:rsidRPr="00F5091F">
        <w:rPr>
          <w:rFonts w:hint="eastAsia"/>
          <w:sz w:val="22"/>
          <w:szCs w:val="32"/>
          <w:lang w:eastAsia="ja-JP"/>
        </w:rPr>
        <w:t>担当</w:t>
      </w:r>
    </w:p>
    <w:p w14:paraId="0634E672" w14:textId="1EE6B3AA" w:rsidR="00EC2AE3" w:rsidRPr="00F5091F" w:rsidRDefault="00F34F28">
      <w:pPr>
        <w:spacing w:before="200"/>
        <w:rPr>
          <w:sz w:val="22"/>
          <w:szCs w:val="32"/>
          <w:lang w:eastAsia="ja-JP"/>
        </w:rPr>
      </w:pPr>
      <w:r w:rsidRPr="00F5091F">
        <w:rPr>
          <w:sz w:val="22"/>
          <w:szCs w:val="32"/>
          <w:lang w:eastAsia="ja-JP"/>
        </w:rPr>
        <w:t>E-mail：plastic-circulation@env.go.</w:t>
      </w:r>
      <w:r w:rsidR="00AC0882" w:rsidRPr="00F5091F">
        <w:rPr>
          <w:rFonts w:hint="eastAsia"/>
          <w:sz w:val="22"/>
          <w:szCs w:val="32"/>
          <w:lang w:eastAsia="ja-JP"/>
        </w:rPr>
        <w:t>jp</w:t>
      </w:r>
    </w:p>
    <w:sectPr w:rsidR="00EC2AE3" w:rsidRPr="00F5091F" w:rsidSect="00034616">
      <w:footerReference w:type="default" r:id="rId11"/>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7557B" w14:textId="77777777" w:rsidR="00D31B7D" w:rsidRDefault="00D31B7D">
      <w:pPr>
        <w:spacing w:after="0" w:line="240" w:lineRule="auto"/>
      </w:pPr>
      <w:r>
        <w:separator/>
      </w:r>
    </w:p>
  </w:endnote>
  <w:endnote w:type="continuationSeparator" w:id="0">
    <w:p w14:paraId="55C25731" w14:textId="77777777" w:rsidR="00D31B7D" w:rsidRDefault="00D31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5303" w14:textId="3649BB61" w:rsidR="00EC2AE3" w:rsidRDefault="00F34F28">
    <w:pPr>
      <w:pStyle w:val="a7"/>
      <w:jc w:val="center"/>
    </w:pPr>
    <w:r>
      <w:fldChar w:fldCharType="begin"/>
    </w:r>
    <w:r>
      <w:instrText xml:space="preserve"> PAGE </w:instrText>
    </w:r>
    <w:r>
      <w:fldChar w:fldCharType="separate"/>
    </w:r>
    <w:r w:rsidR="005048B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394DC" w14:textId="77777777" w:rsidR="00D31B7D" w:rsidRDefault="00D31B7D">
      <w:pPr>
        <w:spacing w:after="0" w:line="240" w:lineRule="auto"/>
      </w:pPr>
      <w:r>
        <w:separator/>
      </w:r>
    </w:p>
  </w:footnote>
  <w:footnote w:type="continuationSeparator" w:id="0">
    <w:p w14:paraId="47000847" w14:textId="77777777" w:rsidR="00D31B7D" w:rsidRDefault="00D31B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C7F6799"/>
    <w:multiLevelType w:val="hybridMultilevel"/>
    <w:tmpl w:val="10B2D90C"/>
    <w:lvl w:ilvl="0" w:tplc="54F803D6">
      <w:start w:val="2"/>
      <w:numFmt w:val="bullet"/>
      <w:lvlText w:val="■"/>
      <w:lvlJc w:val="left"/>
      <w:pPr>
        <w:ind w:left="360" w:hanging="360"/>
      </w:pPr>
      <w:rPr>
        <w:rFonts w:ascii="游明朝" w:eastAsia="游明朝" w:hAnsi="游明朝" w:cstheme="minorBidi" w:hint="eastAsia"/>
        <w:i/>
        <w:iC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5EA0629"/>
    <w:multiLevelType w:val="hybridMultilevel"/>
    <w:tmpl w:val="CD5009EC"/>
    <w:lvl w:ilvl="0" w:tplc="DE4463C4">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792426B8"/>
    <w:multiLevelType w:val="hybridMultilevel"/>
    <w:tmpl w:val="16E0F120"/>
    <w:lvl w:ilvl="0" w:tplc="0ABAD59A">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9501964">
    <w:abstractNumId w:val="8"/>
  </w:num>
  <w:num w:numId="2" w16cid:durableId="973832121">
    <w:abstractNumId w:val="6"/>
  </w:num>
  <w:num w:numId="3" w16cid:durableId="1173690610">
    <w:abstractNumId w:val="5"/>
  </w:num>
  <w:num w:numId="4" w16cid:durableId="1281179140">
    <w:abstractNumId w:val="4"/>
  </w:num>
  <w:num w:numId="5" w16cid:durableId="1186748448">
    <w:abstractNumId w:val="7"/>
  </w:num>
  <w:num w:numId="6" w16cid:durableId="396823332">
    <w:abstractNumId w:val="3"/>
  </w:num>
  <w:num w:numId="7" w16cid:durableId="1376001495">
    <w:abstractNumId w:val="2"/>
  </w:num>
  <w:num w:numId="8" w16cid:durableId="439833468">
    <w:abstractNumId w:val="1"/>
  </w:num>
  <w:num w:numId="9" w16cid:durableId="1349985834">
    <w:abstractNumId w:val="0"/>
  </w:num>
  <w:num w:numId="10" w16cid:durableId="1303970034">
    <w:abstractNumId w:val="11"/>
  </w:num>
  <w:num w:numId="11" w16cid:durableId="861937712">
    <w:abstractNumId w:val="9"/>
  </w:num>
  <w:num w:numId="12" w16cid:durableId="3661071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FF2"/>
    <w:rsid w:val="00053434"/>
    <w:rsid w:val="0006063C"/>
    <w:rsid w:val="000754F8"/>
    <w:rsid w:val="00080F2A"/>
    <w:rsid w:val="000B03CA"/>
    <w:rsid w:val="000B2171"/>
    <w:rsid w:val="000C1218"/>
    <w:rsid w:val="000E285D"/>
    <w:rsid w:val="00130500"/>
    <w:rsid w:val="0015074B"/>
    <w:rsid w:val="001530B7"/>
    <w:rsid w:val="00187DF6"/>
    <w:rsid w:val="00223AED"/>
    <w:rsid w:val="00253A06"/>
    <w:rsid w:val="00257021"/>
    <w:rsid w:val="00287562"/>
    <w:rsid w:val="0029639D"/>
    <w:rsid w:val="002972B7"/>
    <w:rsid w:val="002B2A79"/>
    <w:rsid w:val="002F7C0B"/>
    <w:rsid w:val="00326F90"/>
    <w:rsid w:val="00360917"/>
    <w:rsid w:val="003A5387"/>
    <w:rsid w:val="00411E9F"/>
    <w:rsid w:val="00413ACD"/>
    <w:rsid w:val="00416545"/>
    <w:rsid w:val="0046173C"/>
    <w:rsid w:val="004C1B1D"/>
    <w:rsid w:val="005048BE"/>
    <w:rsid w:val="005166FF"/>
    <w:rsid w:val="00543996"/>
    <w:rsid w:val="005455A5"/>
    <w:rsid w:val="005B4BF1"/>
    <w:rsid w:val="005D4438"/>
    <w:rsid w:val="005E64D9"/>
    <w:rsid w:val="00623FA5"/>
    <w:rsid w:val="00644C8E"/>
    <w:rsid w:val="006B1723"/>
    <w:rsid w:val="006F27BC"/>
    <w:rsid w:val="00706E7A"/>
    <w:rsid w:val="00714C17"/>
    <w:rsid w:val="00730E66"/>
    <w:rsid w:val="0076122F"/>
    <w:rsid w:val="00780BCE"/>
    <w:rsid w:val="00794F4B"/>
    <w:rsid w:val="007B2432"/>
    <w:rsid w:val="00803C28"/>
    <w:rsid w:val="00830581"/>
    <w:rsid w:val="00846017"/>
    <w:rsid w:val="008A2DA1"/>
    <w:rsid w:val="0093772C"/>
    <w:rsid w:val="009B0D7F"/>
    <w:rsid w:val="009C1266"/>
    <w:rsid w:val="009F61B5"/>
    <w:rsid w:val="00A30AB5"/>
    <w:rsid w:val="00A82562"/>
    <w:rsid w:val="00AA1D8D"/>
    <w:rsid w:val="00AC0882"/>
    <w:rsid w:val="00AC5116"/>
    <w:rsid w:val="00AF62E3"/>
    <w:rsid w:val="00B3508D"/>
    <w:rsid w:val="00B47730"/>
    <w:rsid w:val="00B730D2"/>
    <w:rsid w:val="00B97417"/>
    <w:rsid w:val="00C362E5"/>
    <w:rsid w:val="00CB0664"/>
    <w:rsid w:val="00CC630B"/>
    <w:rsid w:val="00CD7B82"/>
    <w:rsid w:val="00D31B7D"/>
    <w:rsid w:val="00D336C2"/>
    <w:rsid w:val="00D91D3F"/>
    <w:rsid w:val="00DC1BD2"/>
    <w:rsid w:val="00DD64D6"/>
    <w:rsid w:val="00E70DEE"/>
    <w:rsid w:val="00E82661"/>
    <w:rsid w:val="00EC2AE3"/>
    <w:rsid w:val="00EE0770"/>
    <w:rsid w:val="00F0763C"/>
    <w:rsid w:val="00F34BA3"/>
    <w:rsid w:val="00F34F28"/>
    <w:rsid w:val="00F5091F"/>
    <w:rsid w:val="00FB03D7"/>
    <w:rsid w:val="00FC693F"/>
    <w:rsid w:val="00FF3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4062061"/>
  <w14:defaultImageDpi w14:val="300"/>
  <w15:docId w15:val="{640CE746-1728-457A-9105-C1330980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明朝" w:eastAsia="游明朝" w:hAnsi="游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A0A8ACA7D7BF48B3E10D0283E118E1" ma:contentTypeVersion="14" ma:contentTypeDescription="新しいドキュメントを作成します。" ma:contentTypeScope="" ma:versionID="25c9c02e45c692123956bbe131b1af4b">
  <xsd:schema xmlns:xsd="http://www.w3.org/2001/XMLSchema" xmlns:xs="http://www.w3.org/2001/XMLSchema" xmlns:p="http://schemas.microsoft.com/office/2006/metadata/properties" xmlns:ns2="d9e79ca9-935b-4bff-a541-eb8a1e6916cd" xmlns:ns3="e9d33e58-4a70-4799-89b5-fbd48a9ef91c" targetNamespace="http://schemas.microsoft.com/office/2006/metadata/properties" ma:root="true" ma:fieldsID="419976a0041106fc7dc6fb5d63526f4e" ns2:_="" ns3:_="">
    <xsd:import namespace="d9e79ca9-935b-4bff-a541-eb8a1e6916cd"/>
    <xsd:import namespace="e9d33e58-4a70-4799-89b5-fbd48a9ef9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79ca9-935b-4bff-a541-eb8a1e6916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d33e58-4a70-4799-89b5-fbd48a9ef91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0dcc3dc-7214-4805-8787-0a1f7b691b13}" ma:internalName="TaxCatchAll" ma:showField="CatchAllData" ma:web="e9d33e58-4a70-4799-89b5-fbd48a9ef9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d33e58-4a70-4799-89b5-fbd48a9ef91c" xsi:nil="true"/>
    <lcf76f155ced4ddcb4097134ff3c332f xmlns="d9e79ca9-935b-4bff-a541-eb8a1e6916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EEE478-D68B-4E59-9D83-42DF91401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79ca9-935b-4bff-a541-eb8a1e6916cd"/>
    <ds:schemaRef ds:uri="e9d33e58-4a70-4799-89b5-fbd48a9ef9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00213A9-AC61-411B-B934-81181592C342}">
  <ds:schemaRefs>
    <ds:schemaRef ds:uri="http://schemas.microsoft.com/sharepoint/v3/contenttype/forms"/>
  </ds:schemaRefs>
</ds:datastoreItem>
</file>

<file path=customXml/itemProps4.xml><?xml version="1.0" encoding="utf-8"?>
<ds:datastoreItem xmlns:ds="http://schemas.openxmlformats.org/officeDocument/2006/customXml" ds:itemID="{961BDCFE-B9C5-4E5D-876D-2B5B263F7E20}">
  <ds:schemaRefs>
    <ds:schemaRef ds:uri="http://schemas.microsoft.com/office/2006/metadata/properties"/>
    <ds:schemaRef ds:uri="http://schemas.microsoft.com/office/infopath/2007/PartnerControls"/>
    <ds:schemaRef ds:uri="e9d33e58-4a70-4799-89b5-fbd48a9ef91c"/>
    <ds:schemaRef ds:uri="d9e79ca9-935b-4bff-a541-eb8a1e6916cd"/>
  </ds:schemaRefs>
</ds:datastoreItem>
</file>

<file path=docProps/app.xml><?xml version="1.0" encoding="utf-8"?>
<Properties xmlns="http://schemas.openxmlformats.org/officeDocument/2006/extended-properties" xmlns:vt="http://schemas.openxmlformats.org/officeDocument/2006/docPropsVTypes">
  <Template>Normal.dotm</Template>
  <Pages>4</Pages>
  <Words>977</Words>
  <Characters>1018</Characters>
  <DocSecurity>0</DocSecurity>
  <Lines>78</Lines>
  <Paragraphs>94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1901</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0x01010011A0A8ACA7D7BF48B3E10D0283E118E1</vt:lpwstr>
  </property>
  <property fmtid="{D5CDD505-2E9C-101B-9397-08002B2CF9AE}" pid="3" name="MediaServiceImageTags">
    <vt:lpwstr/>
  </property>
  <property fmtid="{D5CDD505-2E9C-101B-9397-08002B2CF9AE}" pid="4" name="docLang">
    <vt:lpwstr>ja</vt:lpwstr>
  </property>
</Properties>
</file>